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B3ECE" w14:textId="77777777" w:rsidR="00877DED" w:rsidRDefault="00000000">
      <w:pPr>
        <w:pStyle w:val="berschrift1"/>
        <w:jc w:val="center"/>
      </w:pPr>
      <w:proofErr w:type="spellStart"/>
      <w:r>
        <w:t>Anamnesebogen</w:t>
      </w:r>
      <w:proofErr w:type="spellEnd"/>
      <w:r>
        <w:t xml:space="preserve"> </w:t>
      </w:r>
      <w:proofErr w:type="spellStart"/>
      <w:r>
        <w:t>Hypnosetherapie</w:t>
      </w:r>
      <w:proofErr w:type="spellEnd"/>
    </w:p>
    <w:p w14:paraId="46C51145" w14:textId="77777777" w:rsidR="00877DED" w:rsidRDefault="00000000">
      <w:pPr>
        <w:jc w:val="center"/>
      </w:pPr>
      <w:r>
        <w:t xml:space="preserve">für </w:t>
      </w:r>
      <w:proofErr w:type="spellStart"/>
      <w:r>
        <w:t>Erwachsene</w:t>
      </w:r>
      <w:proofErr w:type="spellEnd"/>
      <w:r>
        <w:br/>
      </w:r>
    </w:p>
    <w:p w14:paraId="113452E5" w14:textId="77777777" w:rsidR="00877DED" w:rsidRDefault="00000000">
      <w:pPr>
        <w:pStyle w:val="berschrift2"/>
      </w:pPr>
      <w:proofErr w:type="spellStart"/>
      <w:r>
        <w:t>Persönliche</w:t>
      </w:r>
      <w:proofErr w:type="spellEnd"/>
      <w:r>
        <w:t xml:space="preserve"> </w:t>
      </w:r>
      <w:proofErr w:type="spellStart"/>
      <w:r>
        <w:t>Angaben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5050"/>
        <w:gridCol w:w="5050"/>
      </w:tblGrid>
      <w:tr w:rsidR="00877DED" w14:paraId="76F64352" w14:textId="77777777">
        <w:tc>
          <w:tcPr>
            <w:tcW w:w="5050" w:type="dxa"/>
          </w:tcPr>
          <w:p w14:paraId="1F5CD1F7" w14:textId="5ACC78F1" w:rsidR="00877DED" w:rsidRDefault="00000000">
            <w:r>
              <w:t>Name</w:t>
            </w:r>
            <w:r w:rsidR="00BA5419">
              <w:t>:</w:t>
            </w:r>
          </w:p>
        </w:tc>
        <w:tc>
          <w:tcPr>
            <w:tcW w:w="5050" w:type="dxa"/>
          </w:tcPr>
          <w:p w14:paraId="46EFC21A" w14:textId="77777777" w:rsidR="00877DED" w:rsidRDefault="00877DED"/>
        </w:tc>
      </w:tr>
      <w:tr w:rsidR="00877DED" w14:paraId="62DA5D32" w14:textId="77777777">
        <w:tc>
          <w:tcPr>
            <w:tcW w:w="5050" w:type="dxa"/>
          </w:tcPr>
          <w:p w14:paraId="6081A5DC" w14:textId="714896BB" w:rsidR="00877DED" w:rsidRDefault="00000000">
            <w:proofErr w:type="spellStart"/>
            <w:r>
              <w:t>Geburtsdatum</w:t>
            </w:r>
            <w:proofErr w:type="spellEnd"/>
            <w:r w:rsidR="00BA5419">
              <w:t>:</w:t>
            </w:r>
          </w:p>
        </w:tc>
        <w:tc>
          <w:tcPr>
            <w:tcW w:w="5050" w:type="dxa"/>
          </w:tcPr>
          <w:p w14:paraId="68C4D989" w14:textId="77777777" w:rsidR="00877DED" w:rsidRDefault="00877DED"/>
        </w:tc>
      </w:tr>
      <w:tr w:rsidR="00877DED" w14:paraId="34338513" w14:textId="77777777">
        <w:tc>
          <w:tcPr>
            <w:tcW w:w="5050" w:type="dxa"/>
          </w:tcPr>
          <w:p w14:paraId="6E362DBD" w14:textId="5F40DC6C" w:rsidR="00877DED" w:rsidRDefault="00000000">
            <w:proofErr w:type="spellStart"/>
            <w:r>
              <w:t>Adresse</w:t>
            </w:r>
            <w:proofErr w:type="spellEnd"/>
            <w:r w:rsidR="00BA5419">
              <w:t>:</w:t>
            </w:r>
          </w:p>
        </w:tc>
        <w:tc>
          <w:tcPr>
            <w:tcW w:w="5050" w:type="dxa"/>
          </w:tcPr>
          <w:p w14:paraId="2F859F0D" w14:textId="77777777" w:rsidR="00877DED" w:rsidRDefault="00877DED"/>
        </w:tc>
      </w:tr>
      <w:tr w:rsidR="00877DED" w14:paraId="694BAD06" w14:textId="77777777">
        <w:tc>
          <w:tcPr>
            <w:tcW w:w="5050" w:type="dxa"/>
          </w:tcPr>
          <w:p w14:paraId="3784EB17" w14:textId="4422CA7B" w:rsidR="00877DED" w:rsidRDefault="00BA5419">
            <w:r>
              <w:t>Telecon / E-Mail:</w:t>
            </w:r>
          </w:p>
        </w:tc>
        <w:tc>
          <w:tcPr>
            <w:tcW w:w="5050" w:type="dxa"/>
          </w:tcPr>
          <w:p w14:paraId="013BAC3F" w14:textId="77777777" w:rsidR="00877DED" w:rsidRDefault="00877DED"/>
        </w:tc>
      </w:tr>
      <w:tr w:rsidR="00877DED" w14:paraId="31AFC3E6" w14:textId="77777777">
        <w:tc>
          <w:tcPr>
            <w:tcW w:w="5050" w:type="dxa"/>
          </w:tcPr>
          <w:p w14:paraId="1739AB9B" w14:textId="17F3CFCE" w:rsidR="00877DED" w:rsidRDefault="00000000">
            <w:proofErr w:type="spellStart"/>
            <w:r>
              <w:t>Beruf</w:t>
            </w:r>
            <w:proofErr w:type="spellEnd"/>
            <w:r w:rsidR="00BA5419">
              <w:t>:</w:t>
            </w:r>
          </w:p>
        </w:tc>
        <w:tc>
          <w:tcPr>
            <w:tcW w:w="5050" w:type="dxa"/>
          </w:tcPr>
          <w:p w14:paraId="1A7911E2" w14:textId="77777777" w:rsidR="00877DED" w:rsidRDefault="00877DED"/>
        </w:tc>
      </w:tr>
      <w:tr w:rsidR="00877DED" w14:paraId="09A5D2E4" w14:textId="77777777">
        <w:tc>
          <w:tcPr>
            <w:tcW w:w="5050" w:type="dxa"/>
          </w:tcPr>
          <w:p w14:paraId="3EFB1C41" w14:textId="66014E74" w:rsidR="00877DED" w:rsidRDefault="00877DED" w:rsidP="00BA5419"/>
        </w:tc>
        <w:tc>
          <w:tcPr>
            <w:tcW w:w="5050" w:type="dxa"/>
          </w:tcPr>
          <w:p w14:paraId="4277D150" w14:textId="77777777" w:rsidR="00877DED" w:rsidRDefault="00877DED"/>
        </w:tc>
      </w:tr>
    </w:tbl>
    <w:p w14:paraId="39982CBA" w14:textId="77777777" w:rsidR="00877DED" w:rsidRDefault="00000000">
      <w:pPr>
        <w:pStyle w:val="berschrift2"/>
      </w:pPr>
      <w:proofErr w:type="spellStart"/>
      <w:r>
        <w:t>Ihr</w:t>
      </w:r>
      <w:proofErr w:type="spellEnd"/>
      <w:r>
        <w:t xml:space="preserve"> </w:t>
      </w:r>
      <w:proofErr w:type="spellStart"/>
      <w:r>
        <w:t>Anliegen</w:t>
      </w:r>
      <w:proofErr w:type="spellEnd"/>
    </w:p>
    <w:p w14:paraId="1DF8A261" w14:textId="77777777" w:rsidR="00877DED" w:rsidRDefault="00000000">
      <w:r>
        <w:t xml:space="preserve">Mit </w:t>
      </w:r>
      <w:proofErr w:type="spellStart"/>
      <w:r>
        <w:t>welchem</w:t>
      </w:r>
      <w:proofErr w:type="spellEnd"/>
      <w:r>
        <w:t xml:space="preserve"> </w:t>
      </w:r>
      <w:proofErr w:type="spellStart"/>
      <w:r>
        <w:t>Anliegen</w:t>
      </w:r>
      <w:proofErr w:type="spellEnd"/>
      <w:r>
        <w:t xml:space="preserve"> </w:t>
      </w:r>
      <w:proofErr w:type="spellStart"/>
      <w:r>
        <w:t>kommen</w:t>
      </w:r>
      <w:proofErr w:type="spellEnd"/>
      <w:r>
        <w:t xml:space="preserve"> Sie </w:t>
      </w:r>
      <w:proofErr w:type="spellStart"/>
      <w:r>
        <w:t>zu</w:t>
      </w:r>
      <w:proofErr w:type="spellEnd"/>
      <w:r>
        <w:t xml:space="preserve"> mir? Welches Thema </w:t>
      </w:r>
      <w:proofErr w:type="spellStart"/>
      <w:r>
        <w:t>möchten</w:t>
      </w:r>
      <w:proofErr w:type="spellEnd"/>
      <w:r>
        <w:t xml:space="preserve"> Sie </w:t>
      </w:r>
      <w:proofErr w:type="spellStart"/>
      <w:r>
        <w:t>verändern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bearbeiten</w:t>
      </w:r>
      <w:proofErr w:type="spellEnd"/>
      <w:r>
        <w:t>?</w:t>
      </w:r>
    </w:p>
    <w:p w14:paraId="667A2FAA" w14:textId="77777777" w:rsidR="00877DED" w:rsidRDefault="00000000">
      <w:r>
        <w:t>_______________________________________________________________</w:t>
      </w:r>
    </w:p>
    <w:p w14:paraId="78837115" w14:textId="77777777" w:rsidR="00877DED" w:rsidRDefault="00000000">
      <w:r>
        <w:t>_______________________________________________________________</w:t>
      </w:r>
    </w:p>
    <w:p w14:paraId="4F67F8D8" w14:textId="5720B93B" w:rsidR="00877DED" w:rsidRDefault="00000000">
      <w:r>
        <w:t>_____________________________________________________________</w:t>
      </w:r>
      <w:r w:rsidR="00BA5419">
        <w:t>__</w:t>
      </w:r>
    </w:p>
    <w:p w14:paraId="62C260B7" w14:textId="77777777" w:rsidR="00877DED" w:rsidRDefault="00000000">
      <w:r>
        <w:t xml:space="preserve">Seit </w:t>
      </w:r>
      <w:proofErr w:type="spellStart"/>
      <w:r>
        <w:t>wann</w:t>
      </w:r>
      <w:proofErr w:type="spellEnd"/>
      <w:r>
        <w:t xml:space="preserve"> </w:t>
      </w:r>
      <w:proofErr w:type="spellStart"/>
      <w:r>
        <w:t>besteht</w:t>
      </w:r>
      <w:proofErr w:type="spellEnd"/>
      <w:r>
        <w:t xml:space="preserve"> dieses Thema?</w:t>
      </w:r>
    </w:p>
    <w:p w14:paraId="56053C0C" w14:textId="77777777" w:rsidR="00877DED" w:rsidRDefault="00000000">
      <w:r>
        <w:t>_______________________________________________________________</w:t>
      </w:r>
    </w:p>
    <w:p w14:paraId="21DD83F5" w14:textId="77777777" w:rsidR="00877DED" w:rsidRDefault="00000000">
      <w:r>
        <w:t>_______________________________________________________________</w:t>
      </w:r>
    </w:p>
    <w:p w14:paraId="4A1C218C" w14:textId="77777777" w:rsidR="00877DED" w:rsidRDefault="00000000">
      <w:r>
        <w:t xml:space="preserve">Wie stark </w:t>
      </w:r>
      <w:proofErr w:type="spellStart"/>
      <w:r>
        <w:t>erleben</w:t>
      </w:r>
      <w:proofErr w:type="spellEnd"/>
      <w:r>
        <w:t xml:space="preserve"> Sie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aktuelle</w:t>
      </w:r>
      <w:proofErr w:type="spellEnd"/>
      <w:r>
        <w:t xml:space="preserve"> </w:t>
      </w:r>
      <w:proofErr w:type="spellStart"/>
      <w:r>
        <w:t>Belastung</w:t>
      </w:r>
      <w:proofErr w:type="spellEnd"/>
      <w:r>
        <w:t xml:space="preserve">? (0 = </w:t>
      </w:r>
      <w:proofErr w:type="spellStart"/>
      <w:r>
        <w:t>keine</w:t>
      </w:r>
      <w:proofErr w:type="spellEnd"/>
      <w:r>
        <w:t xml:space="preserve"> </w:t>
      </w:r>
      <w:proofErr w:type="spellStart"/>
      <w:r>
        <w:t>Belastung</w:t>
      </w:r>
      <w:proofErr w:type="spellEnd"/>
      <w:r>
        <w:t xml:space="preserve">, 10 = </w:t>
      </w:r>
      <w:proofErr w:type="spellStart"/>
      <w:r>
        <w:t>sehr</w:t>
      </w:r>
      <w:proofErr w:type="spellEnd"/>
      <w:r>
        <w:t xml:space="preserve"> </w:t>
      </w:r>
      <w:proofErr w:type="spellStart"/>
      <w:r>
        <w:t>starke</w:t>
      </w:r>
      <w:proofErr w:type="spellEnd"/>
      <w:r>
        <w:t xml:space="preserve"> </w:t>
      </w:r>
      <w:proofErr w:type="spellStart"/>
      <w:r>
        <w:t>Belastung</w:t>
      </w:r>
      <w:proofErr w:type="spellEnd"/>
      <w:r>
        <w:t>)</w:t>
      </w:r>
    </w:p>
    <w:p w14:paraId="343FE601" w14:textId="77777777" w:rsidR="00877DED" w:rsidRDefault="00000000">
      <w:r>
        <w:t>0   1   2   3   4   5   6   7   8   9   10</w:t>
      </w:r>
    </w:p>
    <w:p w14:paraId="12678EA8" w14:textId="77777777" w:rsidR="00877DED" w:rsidRDefault="00000000">
      <w:r>
        <w:t xml:space="preserve">Was </w:t>
      </w:r>
      <w:proofErr w:type="spellStart"/>
      <w:r>
        <w:t>wünschen</w:t>
      </w:r>
      <w:proofErr w:type="spellEnd"/>
      <w:r>
        <w:t xml:space="preserve"> Sie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durch</w:t>
      </w:r>
      <w:proofErr w:type="spellEnd"/>
      <w:r>
        <w:t xml:space="preserve"> die </w:t>
      </w:r>
      <w:proofErr w:type="spellStart"/>
      <w:r>
        <w:t>Hypnosetherapie</w:t>
      </w:r>
      <w:proofErr w:type="spellEnd"/>
      <w:r>
        <w:t xml:space="preserve">? </w:t>
      </w:r>
      <w:proofErr w:type="spellStart"/>
      <w:r>
        <w:t>Welche</w:t>
      </w:r>
      <w:proofErr w:type="spellEnd"/>
      <w:r>
        <w:t xml:space="preserve"> </w:t>
      </w:r>
      <w:proofErr w:type="spellStart"/>
      <w:r>
        <w:t>Veränderung</w:t>
      </w:r>
      <w:proofErr w:type="spellEnd"/>
      <w:r>
        <w:t xml:space="preserve"> </w:t>
      </w:r>
      <w:proofErr w:type="spellStart"/>
      <w:r>
        <w:t>möchten</w:t>
      </w:r>
      <w:proofErr w:type="spellEnd"/>
      <w:r>
        <w:t xml:space="preserve"> Sie </w:t>
      </w:r>
      <w:proofErr w:type="spellStart"/>
      <w:r>
        <w:t>erreichen</w:t>
      </w:r>
      <w:proofErr w:type="spellEnd"/>
      <w:r>
        <w:t>?</w:t>
      </w:r>
    </w:p>
    <w:p w14:paraId="29D871CA" w14:textId="77777777" w:rsidR="00877DED" w:rsidRDefault="00000000">
      <w:r>
        <w:t>_______________________________________________________________</w:t>
      </w:r>
    </w:p>
    <w:p w14:paraId="6F92130B" w14:textId="77777777" w:rsidR="00877DED" w:rsidRDefault="00000000">
      <w:r>
        <w:t>_______________________________________________________________</w:t>
      </w:r>
    </w:p>
    <w:p w14:paraId="51F183D5" w14:textId="77777777" w:rsidR="00877DED" w:rsidRDefault="00000000">
      <w:r>
        <w:t>_______________________________________________________________</w:t>
      </w:r>
    </w:p>
    <w:p w14:paraId="395B5F84" w14:textId="77777777" w:rsidR="00877DED" w:rsidRDefault="00000000">
      <w:pPr>
        <w:pStyle w:val="berschrift2"/>
      </w:pPr>
      <w:proofErr w:type="spellStart"/>
      <w:r>
        <w:t>Bisherige</w:t>
      </w:r>
      <w:proofErr w:type="spellEnd"/>
      <w:r>
        <w:t xml:space="preserve"> </w:t>
      </w:r>
      <w:proofErr w:type="spellStart"/>
      <w:r>
        <w:t>Erfahrungen</w:t>
      </w:r>
      <w:proofErr w:type="spellEnd"/>
      <w:r>
        <w:t xml:space="preserve"> und </w:t>
      </w:r>
      <w:proofErr w:type="spellStart"/>
      <w:r>
        <w:t>Lösungswege</w:t>
      </w:r>
      <w:proofErr w:type="spellEnd"/>
    </w:p>
    <w:p w14:paraId="016C1C54" w14:textId="77777777" w:rsidR="00877DED" w:rsidRDefault="00000000">
      <w:r>
        <w:t xml:space="preserve">Was </w:t>
      </w:r>
      <w:proofErr w:type="spellStart"/>
      <w:r>
        <w:t>haben</w:t>
      </w:r>
      <w:proofErr w:type="spellEnd"/>
      <w:r>
        <w:t xml:space="preserve"> Sie </w:t>
      </w:r>
      <w:proofErr w:type="spellStart"/>
      <w:r>
        <w:t>bisher</w:t>
      </w:r>
      <w:proofErr w:type="spellEnd"/>
      <w:r>
        <w:t xml:space="preserve"> </w:t>
      </w:r>
      <w:proofErr w:type="spellStart"/>
      <w:r>
        <w:t>unternommen</w:t>
      </w:r>
      <w:proofErr w:type="spellEnd"/>
      <w:r>
        <w:t xml:space="preserve">, um </w:t>
      </w:r>
      <w:proofErr w:type="spellStart"/>
      <w:r>
        <w:t>Ihr</w:t>
      </w:r>
      <w:proofErr w:type="spellEnd"/>
      <w:r>
        <w:t xml:space="preserve"> </w:t>
      </w:r>
      <w:proofErr w:type="spellStart"/>
      <w:r>
        <w:t>Anliegen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verändern</w:t>
      </w:r>
      <w:proofErr w:type="spellEnd"/>
      <w:r>
        <w:t>?</w:t>
      </w:r>
    </w:p>
    <w:p w14:paraId="2B878009" w14:textId="77777777" w:rsidR="00877DED" w:rsidRDefault="00000000">
      <w:r>
        <w:t>_______________________________________________________________</w:t>
      </w:r>
    </w:p>
    <w:p w14:paraId="0847919F" w14:textId="77777777" w:rsidR="00877DED" w:rsidRDefault="00000000">
      <w:r>
        <w:t>_______________________________________________________________</w:t>
      </w:r>
    </w:p>
    <w:p w14:paraId="3CAA3028" w14:textId="77777777" w:rsidR="00877DED" w:rsidRDefault="00000000">
      <w:r>
        <w:t>_______________________________________________________________</w:t>
      </w:r>
    </w:p>
    <w:p w14:paraId="680630E1" w14:textId="77777777" w:rsidR="00877DED" w:rsidRDefault="00000000">
      <w:r>
        <w:t xml:space="preserve">Was </w:t>
      </w:r>
      <w:proofErr w:type="spellStart"/>
      <w:r>
        <w:t>hat</w:t>
      </w:r>
      <w:proofErr w:type="spellEnd"/>
      <w:r>
        <w:t xml:space="preserve"> Ihnen </w:t>
      </w:r>
      <w:proofErr w:type="spellStart"/>
      <w:r>
        <w:t>bisher</w:t>
      </w:r>
      <w:proofErr w:type="spellEnd"/>
      <w:r>
        <w:t xml:space="preserve"> </w:t>
      </w:r>
      <w:proofErr w:type="spellStart"/>
      <w:r>
        <w:t>geholfen</w:t>
      </w:r>
      <w:proofErr w:type="spellEnd"/>
      <w:r>
        <w:t xml:space="preserve">, </w:t>
      </w:r>
      <w:proofErr w:type="spellStart"/>
      <w:r>
        <w:t>schwierige</w:t>
      </w:r>
      <w:proofErr w:type="spellEnd"/>
      <w:r>
        <w:t xml:space="preserve"> </w:t>
      </w:r>
      <w:proofErr w:type="spellStart"/>
      <w:r>
        <w:t>Situationen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bewältigen</w:t>
      </w:r>
      <w:proofErr w:type="spellEnd"/>
      <w:r>
        <w:t>?</w:t>
      </w:r>
    </w:p>
    <w:p w14:paraId="508E0EB0" w14:textId="77777777" w:rsidR="00877DED" w:rsidRDefault="00000000">
      <w:r>
        <w:lastRenderedPageBreak/>
        <w:t>_______________________________________________________________</w:t>
      </w:r>
    </w:p>
    <w:p w14:paraId="74D665CD" w14:textId="77777777" w:rsidR="00877DED" w:rsidRDefault="00000000">
      <w:r>
        <w:t>_______________________________________________________________</w:t>
      </w:r>
    </w:p>
    <w:p w14:paraId="600C70F1" w14:textId="77777777" w:rsidR="00877DED" w:rsidRDefault="00000000">
      <w:r>
        <w:t>_______________________________________________________________</w:t>
      </w:r>
    </w:p>
    <w:p w14:paraId="5855B6F9" w14:textId="77777777" w:rsidR="00877DED" w:rsidRDefault="00000000">
      <w:pPr>
        <w:pStyle w:val="berschrift2"/>
      </w:pPr>
      <w:proofErr w:type="spellStart"/>
      <w:r>
        <w:t>Ressourcen</w:t>
      </w:r>
      <w:proofErr w:type="spellEnd"/>
      <w:r>
        <w:t xml:space="preserve"> und </w:t>
      </w:r>
      <w:proofErr w:type="spellStart"/>
      <w:r>
        <w:t>persönliche</w:t>
      </w:r>
      <w:proofErr w:type="spellEnd"/>
      <w:r>
        <w:t xml:space="preserve"> </w:t>
      </w:r>
      <w:proofErr w:type="spellStart"/>
      <w:r>
        <w:t>Kraftquellen</w:t>
      </w:r>
      <w:proofErr w:type="spellEnd"/>
    </w:p>
    <w:p w14:paraId="6B595E19" w14:textId="77777777" w:rsidR="00877DED" w:rsidRDefault="00000000">
      <w:r>
        <w:t xml:space="preserve">Was </w:t>
      </w:r>
      <w:proofErr w:type="gramStart"/>
      <w:r>
        <w:t>tut</w:t>
      </w:r>
      <w:proofErr w:type="gramEnd"/>
      <w:r>
        <w:t xml:space="preserve"> Ihnen </w:t>
      </w:r>
      <w:proofErr w:type="gramStart"/>
      <w:r>
        <w:t>gut</w:t>
      </w:r>
      <w:proofErr w:type="gramEnd"/>
      <w:r>
        <w:t xml:space="preserve">? Was </w:t>
      </w:r>
      <w:proofErr w:type="spellStart"/>
      <w:r>
        <w:t>gibt</w:t>
      </w:r>
      <w:proofErr w:type="spellEnd"/>
      <w:r>
        <w:t xml:space="preserve"> Ihnen Kraft? (z. B. </w:t>
      </w:r>
      <w:proofErr w:type="spellStart"/>
      <w:r>
        <w:t>Hobbys</w:t>
      </w:r>
      <w:proofErr w:type="spellEnd"/>
      <w:r>
        <w:t xml:space="preserve">, </w:t>
      </w:r>
      <w:proofErr w:type="spellStart"/>
      <w:r>
        <w:t>Interessen</w:t>
      </w:r>
      <w:proofErr w:type="spellEnd"/>
      <w:r>
        <w:t xml:space="preserve">, </w:t>
      </w:r>
      <w:proofErr w:type="spellStart"/>
      <w:r>
        <w:t>Bewegung</w:t>
      </w:r>
      <w:proofErr w:type="spellEnd"/>
      <w:r>
        <w:t xml:space="preserve">, </w:t>
      </w:r>
      <w:proofErr w:type="spellStart"/>
      <w:r>
        <w:t>Entspannung</w:t>
      </w:r>
      <w:proofErr w:type="spellEnd"/>
      <w:r>
        <w:t xml:space="preserve">, </w:t>
      </w:r>
      <w:proofErr w:type="spellStart"/>
      <w:r>
        <w:t>Natur</w:t>
      </w:r>
      <w:proofErr w:type="spellEnd"/>
      <w:r>
        <w:t xml:space="preserve">, </w:t>
      </w:r>
      <w:proofErr w:type="spellStart"/>
      <w:r>
        <w:t>soziale</w:t>
      </w:r>
      <w:proofErr w:type="spellEnd"/>
      <w:r>
        <w:t xml:space="preserve"> </w:t>
      </w:r>
      <w:proofErr w:type="spellStart"/>
      <w:r>
        <w:t>Kontakte</w:t>
      </w:r>
      <w:proofErr w:type="spellEnd"/>
      <w:r>
        <w:t>)</w:t>
      </w:r>
    </w:p>
    <w:p w14:paraId="5E7BD7A5" w14:textId="77777777" w:rsidR="00877DED" w:rsidRDefault="00000000">
      <w:r>
        <w:t>_______________________________________________________________</w:t>
      </w:r>
    </w:p>
    <w:p w14:paraId="500CCACE" w14:textId="77777777" w:rsidR="00877DED" w:rsidRDefault="00000000">
      <w:r>
        <w:t>_______________________________________________________________</w:t>
      </w:r>
    </w:p>
    <w:p w14:paraId="15CD0FF7" w14:textId="77777777" w:rsidR="00877DED" w:rsidRDefault="00000000">
      <w:r>
        <w:t>_______________________________________________________________</w:t>
      </w:r>
    </w:p>
    <w:p w14:paraId="76EA2303" w14:textId="77777777" w:rsidR="00877DED" w:rsidRDefault="00000000">
      <w:proofErr w:type="spellStart"/>
      <w:r>
        <w:t>Welche</w:t>
      </w:r>
      <w:proofErr w:type="spellEnd"/>
      <w:r>
        <w:t xml:space="preserve"> </w:t>
      </w:r>
      <w:proofErr w:type="spellStart"/>
      <w:r>
        <w:t>Fähigkeiten</w:t>
      </w:r>
      <w:proofErr w:type="spellEnd"/>
      <w:r>
        <w:t xml:space="preserve"> und </w:t>
      </w:r>
      <w:proofErr w:type="spellStart"/>
      <w:r>
        <w:t>Stärken</w:t>
      </w:r>
      <w:proofErr w:type="spellEnd"/>
      <w:r>
        <w:t xml:space="preserve"> </w:t>
      </w:r>
      <w:proofErr w:type="spellStart"/>
      <w:r>
        <w:t>schätzen</w:t>
      </w:r>
      <w:proofErr w:type="spellEnd"/>
      <w:r>
        <w:t xml:space="preserve"> Sie </w:t>
      </w:r>
      <w:proofErr w:type="gramStart"/>
      <w:r>
        <w:t>an</w:t>
      </w:r>
      <w:proofErr w:type="gramEnd"/>
      <w:r>
        <w:t xml:space="preserve"> </w:t>
      </w:r>
      <w:proofErr w:type="spellStart"/>
      <w:r>
        <w:t>sich</w:t>
      </w:r>
      <w:proofErr w:type="spellEnd"/>
      <w:r>
        <w:t>?</w:t>
      </w:r>
    </w:p>
    <w:p w14:paraId="0F4E1158" w14:textId="77777777" w:rsidR="00877DED" w:rsidRDefault="00000000">
      <w:r>
        <w:t>_______________________________________________________________</w:t>
      </w:r>
    </w:p>
    <w:p w14:paraId="40FC1C22" w14:textId="77777777" w:rsidR="00877DED" w:rsidRDefault="00000000">
      <w:r>
        <w:t>_______________________________________________________________</w:t>
      </w:r>
    </w:p>
    <w:p w14:paraId="22D022EA" w14:textId="77777777" w:rsidR="00877DED" w:rsidRDefault="00000000">
      <w:r>
        <w:t>_______________________________________________________________</w:t>
      </w:r>
    </w:p>
    <w:p w14:paraId="25D82754" w14:textId="77777777" w:rsidR="00877DED" w:rsidRDefault="00000000">
      <w:pPr>
        <w:pStyle w:val="berschrift2"/>
      </w:pPr>
      <w:proofErr w:type="spellStart"/>
      <w:r>
        <w:t>Gesundheitliche</w:t>
      </w:r>
      <w:proofErr w:type="spellEnd"/>
      <w:r>
        <w:t xml:space="preserve"> </w:t>
      </w:r>
      <w:proofErr w:type="spellStart"/>
      <w:r>
        <w:t>Informationen</w:t>
      </w:r>
      <w:proofErr w:type="spellEnd"/>
    </w:p>
    <w:p w14:paraId="70697D75" w14:textId="77777777" w:rsidR="00877DED" w:rsidRDefault="00000000">
      <w:proofErr w:type="spellStart"/>
      <w:r>
        <w:t>Bestehen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bestanden</w:t>
      </w:r>
      <w:proofErr w:type="spellEnd"/>
      <w:r>
        <w:t xml:space="preserve"> </w:t>
      </w:r>
      <w:proofErr w:type="spellStart"/>
      <w:r>
        <w:t>körperliche</w:t>
      </w:r>
      <w:proofErr w:type="spellEnd"/>
      <w:r>
        <w:t xml:space="preserve"> </w:t>
      </w:r>
      <w:proofErr w:type="spellStart"/>
      <w:r>
        <w:t>Erkrankungen</w:t>
      </w:r>
      <w:proofErr w:type="spellEnd"/>
      <w:r>
        <w:t xml:space="preserve">? (z. B. </w:t>
      </w:r>
      <w:proofErr w:type="spellStart"/>
      <w:r>
        <w:t>Schilddrüsenerkrankungen</w:t>
      </w:r>
      <w:proofErr w:type="spellEnd"/>
      <w:r>
        <w:t xml:space="preserve">, </w:t>
      </w:r>
      <w:proofErr w:type="spellStart"/>
      <w:r>
        <w:t>hormonelle</w:t>
      </w:r>
      <w:proofErr w:type="spellEnd"/>
      <w:r>
        <w:t xml:space="preserve"> </w:t>
      </w:r>
      <w:proofErr w:type="spellStart"/>
      <w:r>
        <w:t>Veränderungen</w:t>
      </w:r>
      <w:proofErr w:type="spellEnd"/>
      <w:r>
        <w:t xml:space="preserve">, </w:t>
      </w:r>
      <w:proofErr w:type="spellStart"/>
      <w:r>
        <w:t>chronische</w:t>
      </w:r>
      <w:proofErr w:type="spellEnd"/>
      <w:r>
        <w:t xml:space="preserve"> </w:t>
      </w:r>
      <w:proofErr w:type="spellStart"/>
      <w:r>
        <w:t>Erkrankungen</w:t>
      </w:r>
      <w:proofErr w:type="spellEnd"/>
      <w:r>
        <w:t xml:space="preserve">, </w:t>
      </w:r>
      <w:proofErr w:type="spellStart"/>
      <w:r>
        <w:t>Schmerzen</w:t>
      </w:r>
      <w:proofErr w:type="spellEnd"/>
      <w:r>
        <w:t xml:space="preserve">, </w:t>
      </w:r>
      <w:proofErr w:type="spellStart"/>
      <w:r>
        <w:t>Schlafstörungen</w:t>
      </w:r>
      <w:proofErr w:type="spellEnd"/>
      <w:r>
        <w:t>)</w:t>
      </w:r>
    </w:p>
    <w:p w14:paraId="19FED756" w14:textId="77777777" w:rsidR="00877DED" w:rsidRDefault="00000000">
      <w:r>
        <w:t>_______________________________________________________________</w:t>
      </w:r>
    </w:p>
    <w:p w14:paraId="6097AC06" w14:textId="77777777" w:rsidR="00877DED" w:rsidRDefault="00000000">
      <w:r>
        <w:t>_______________________________________________________________</w:t>
      </w:r>
    </w:p>
    <w:p w14:paraId="35AF3B58" w14:textId="77777777" w:rsidR="00877DED" w:rsidRDefault="00000000">
      <w:proofErr w:type="spellStart"/>
      <w:r>
        <w:t>Nehmen</w:t>
      </w:r>
      <w:proofErr w:type="spellEnd"/>
      <w:r>
        <w:t xml:space="preserve"> Sie </w:t>
      </w:r>
      <w:proofErr w:type="spellStart"/>
      <w:r>
        <w:t>aktuell</w:t>
      </w:r>
      <w:proofErr w:type="spellEnd"/>
      <w:r>
        <w:t xml:space="preserve"> </w:t>
      </w:r>
      <w:proofErr w:type="spellStart"/>
      <w:r>
        <w:t>Medikamente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? Wenn ja, </w:t>
      </w:r>
      <w:proofErr w:type="spellStart"/>
      <w:r>
        <w:t>welche</w:t>
      </w:r>
      <w:proofErr w:type="spellEnd"/>
      <w:r>
        <w:t>?</w:t>
      </w:r>
    </w:p>
    <w:p w14:paraId="1E847EA8" w14:textId="77777777" w:rsidR="00877DED" w:rsidRDefault="00000000">
      <w:r>
        <w:t>_______________________________________________________________</w:t>
      </w:r>
    </w:p>
    <w:p w14:paraId="5BFBA4C8" w14:textId="77777777" w:rsidR="00877DED" w:rsidRDefault="00000000">
      <w:r>
        <w:t>_______________________________________________________________</w:t>
      </w:r>
    </w:p>
    <w:p w14:paraId="5FED7DDF" w14:textId="77777777" w:rsidR="00877DED" w:rsidRDefault="00000000">
      <w:r>
        <w:t xml:space="preserve">Gab es </w:t>
      </w:r>
      <w:proofErr w:type="spellStart"/>
      <w:r>
        <w:t>bereits</w:t>
      </w:r>
      <w:proofErr w:type="spellEnd"/>
      <w:r>
        <w:t xml:space="preserve"> </w:t>
      </w:r>
      <w:proofErr w:type="spellStart"/>
      <w:r>
        <w:t>psychotherapeutische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psychiatrische</w:t>
      </w:r>
      <w:proofErr w:type="spellEnd"/>
      <w:r>
        <w:t xml:space="preserve"> </w:t>
      </w:r>
      <w:proofErr w:type="spellStart"/>
      <w:r>
        <w:t>Behandlungen</w:t>
      </w:r>
      <w:proofErr w:type="spellEnd"/>
      <w:r>
        <w:t>?</w:t>
      </w:r>
    </w:p>
    <w:p w14:paraId="3502BF76" w14:textId="77777777" w:rsidR="00877DED" w:rsidRDefault="00000000">
      <w:r>
        <w:t>_______________________________________________________________</w:t>
      </w:r>
    </w:p>
    <w:p w14:paraId="4577D77A" w14:textId="77777777" w:rsidR="00877DED" w:rsidRDefault="00000000">
      <w:r>
        <w:t>_______________________________________________________________</w:t>
      </w:r>
    </w:p>
    <w:p w14:paraId="21923359" w14:textId="77777777" w:rsidR="00877DED" w:rsidRDefault="00000000">
      <w:pPr>
        <w:pStyle w:val="berschrift2"/>
      </w:pPr>
      <w:proofErr w:type="spellStart"/>
      <w:r>
        <w:t>Organisatorische</w:t>
      </w:r>
      <w:proofErr w:type="spellEnd"/>
      <w:r>
        <w:t xml:space="preserve"> </w:t>
      </w:r>
      <w:proofErr w:type="spellStart"/>
      <w:r>
        <w:t>Angaben</w:t>
      </w:r>
      <w:proofErr w:type="spellEnd"/>
    </w:p>
    <w:p w14:paraId="00C89083" w14:textId="77777777" w:rsidR="00877DED" w:rsidRDefault="00000000">
      <w:proofErr w:type="spellStart"/>
      <w:r>
        <w:t>Besteht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Zusatzversicherung</w:t>
      </w:r>
      <w:proofErr w:type="spellEnd"/>
      <w:r>
        <w:t xml:space="preserve">, die </w:t>
      </w:r>
      <w:proofErr w:type="spellStart"/>
      <w:r>
        <w:t>Heilpraktikerleistungen</w:t>
      </w:r>
      <w:proofErr w:type="spellEnd"/>
      <w:r>
        <w:t xml:space="preserve"> für </w:t>
      </w:r>
      <w:proofErr w:type="spellStart"/>
      <w:r>
        <w:t>Psychotherapie</w:t>
      </w:r>
      <w:proofErr w:type="spellEnd"/>
      <w:r>
        <w:t xml:space="preserve"> </w:t>
      </w:r>
      <w:proofErr w:type="spellStart"/>
      <w:r>
        <w:t>erstattet</w:t>
      </w:r>
      <w:proofErr w:type="spellEnd"/>
      <w:r>
        <w:t>?</w:t>
      </w:r>
    </w:p>
    <w:p w14:paraId="295CA764" w14:textId="77777777" w:rsidR="00877DED" w:rsidRDefault="00000000">
      <w:r>
        <w:t xml:space="preserve">☐ Ja    ☐ Nein    ☐ Noch nicht </w:t>
      </w:r>
      <w:proofErr w:type="spellStart"/>
      <w:r>
        <w:t>geprüft</w:t>
      </w:r>
      <w:proofErr w:type="spellEnd"/>
    </w:p>
    <w:p w14:paraId="628E6AD7" w14:textId="77777777" w:rsidR="00877DED" w:rsidRDefault="00000000">
      <w:pPr>
        <w:pStyle w:val="berschrift2"/>
      </w:pPr>
      <w:proofErr w:type="spellStart"/>
      <w:r>
        <w:t>Datenschutz</w:t>
      </w:r>
      <w:proofErr w:type="spellEnd"/>
      <w:r>
        <w:t xml:space="preserve"> &amp; </w:t>
      </w:r>
      <w:proofErr w:type="spellStart"/>
      <w:r>
        <w:t>Einwilligung</w:t>
      </w:r>
      <w:proofErr w:type="spellEnd"/>
    </w:p>
    <w:p w14:paraId="0CA59256" w14:textId="77777777" w:rsidR="00877DED" w:rsidRDefault="00000000">
      <w:r>
        <w:t xml:space="preserve">Ich </w:t>
      </w:r>
      <w:proofErr w:type="spellStart"/>
      <w:r>
        <w:t>bestätige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ich die </w:t>
      </w:r>
      <w:proofErr w:type="spellStart"/>
      <w:r>
        <w:t>Datenschutzhinweise</w:t>
      </w:r>
      <w:proofErr w:type="spellEnd"/>
      <w:r>
        <w:t xml:space="preserve"> </w:t>
      </w:r>
      <w:proofErr w:type="spellStart"/>
      <w:r>
        <w:t>erhalten</w:t>
      </w:r>
      <w:proofErr w:type="spellEnd"/>
      <w:r>
        <w:t xml:space="preserve"> </w:t>
      </w:r>
      <w:proofErr w:type="spellStart"/>
      <w:r>
        <w:t>habe</w:t>
      </w:r>
      <w:proofErr w:type="spellEnd"/>
      <w:r>
        <w:t xml:space="preserve"> und in die </w:t>
      </w:r>
      <w:proofErr w:type="spellStart"/>
      <w:r>
        <w:t>Verarbeitung</w:t>
      </w:r>
      <w:proofErr w:type="spellEnd"/>
      <w:r>
        <w:t xml:space="preserve"> </w:t>
      </w:r>
      <w:proofErr w:type="spellStart"/>
      <w:r>
        <w:t>meiner</w:t>
      </w:r>
      <w:proofErr w:type="spellEnd"/>
      <w:r>
        <w:t xml:space="preserve"> </w:t>
      </w:r>
      <w:proofErr w:type="spellStart"/>
      <w:r>
        <w:t>personenbezogenen</w:t>
      </w:r>
      <w:proofErr w:type="spellEnd"/>
      <w:r>
        <w:t xml:space="preserve"> </w:t>
      </w:r>
      <w:proofErr w:type="spellStart"/>
      <w:r>
        <w:t>Daten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Zweck der </w:t>
      </w:r>
      <w:proofErr w:type="spellStart"/>
      <w:r>
        <w:t>Durchführung</w:t>
      </w:r>
      <w:proofErr w:type="spellEnd"/>
      <w:r>
        <w:t xml:space="preserve"> der </w:t>
      </w:r>
      <w:proofErr w:type="spellStart"/>
      <w:r>
        <w:t>Hypnosetherapie</w:t>
      </w:r>
      <w:proofErr w:type="spellEnd"/>
      <w:r>
        <w:t xml:space="preserve"> </w:t>
      </w:r>
      <w:proofErr w:type="spellStart"/>
      <w:r>
        <w:t>einwillige</w:t>
      </w:r>
      <w:proofErr w:type="spellEnd"/>
      <w:r>
        <w:t xml:space="preserve">. Ich </w:t>
      </w:r>
      <w:proofErr w:type="spellStart"/>
      <w:r>
        <w:t>wurde</w:t>
      </w:r>
      <w:proofErr w:type="spellEnd"/>
      <w:r>
        <w:t xml:space="preserve"> </w:t>
      </w:r>
      <w:proofErr w:type="spellStart"/>
      <w:r>
        <w:t>darüber</w:t>
      </w:r>
      <w:proofErr w:type="spellEnd"/>
      <w:r>
        <w:t xml:space="preserve"> </w:t>
      </w:r>
      <w:proofErr w:type="spellStart"/>
      <w:r>
        <w:t>informiert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ich </w:t>
      </w:r>
      <w:proofErr w:type="spellStart"/>
      <w:r>
        <w:t>meine</w:t>
      </w:r>
      <w:proofErr w:type="spellEnd"/>
      <w:r>
        <w:t xml:space="preserve"> </w:t>
      </w:r>
      <w:proofErr w:type="spellStart"/>
      <w:r>
        <w:t>Einwilligung</w:t>
      </w:r>
      <w:proofErr w:type="spellEnd"/>
      <w:r>
        <w:t xml:space="preserve"> </w:t>
      </w:r>
      <w:proofErr w:type="spellStart"/>
      <w:r>
        <w:t>jederzeit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Wirkung</w:t>
      </w:r>
      <w:proofErr w:type="spellEnd"/>
      <w:r>
        <w:t xml:space="preserve"> für die Zukunft </w:t>
      </w:r>
      <w:proofErr w:type="spellStart"/>
      <w:r>
        <w:t>widerrufen</w:t>
      </w:r>
      <w:proofErr w:type="spellEnd"/>
      <w:r>
        <w:t xml:space="preserve"> </w:t>
      </w:r>
      <w:proofErr w:type="spellStart"/>
      <w:r>
        <w:t>kann</w:t>
      </w:r>
      <w:proofErr w:type="spellEnd"/>
      <w:r>
        <w:t>.</w:t>
      </w:r>
    </w:p>
    <w:p w14:paraId="5AB20B4C" w14:textId="7BE33FA7" w:rsidR="00877DED" w:rsidRDefault="00000000">
      <w:r>
        <w:br/>
        <w:t>Ort, Datum: ____________________________</w:t>
      </w:r>
      <w:r w:rsidR="00BA5419">
        <w:t xml:space="preserve">        </w:t>
      </w:r>
      <w:proofErr w:type="spellStart"/>
      <w:r>
        <w:t>Unterschrift</w:t>
      </w:r>
      <w:proofErr w:type="spellEnd"/>
      <w:r>
        <w:t>: __________________________</w:t>
      </w:r>
    </w:p>
    <w:p w14:paraId="692036BB" w14:textId="580DD111" w:rsidR="00877DED" w:rsidRPr="00BA5419" w:rsidRDefault="00000000" w:rsidP="00BA5419">
      <w:pPr>
        <w:rPr>
          <w:b/>
          <w:bCs/>
        </w:rPr>
      </w:pPr>
      <w:r w:rsidRPr="00BA5419">
        <w:rPr>
          <w:b/>
          <w:bCs/>
        </w:rPr>
        <w:br w:type="page"/>
      </w:r>
      <w:proofErr w:type="spellStart"/>
      <w:r w:rsidRPr="00BA5419">
        <w:rPr>
          <w:b/>
          <w:bCs/>
        </w:rPr>
        <w:lastRenderedPageBreak/>
        <w:t>Datenschutzinformation</w:t>
      </w:r>
      <w:proofErr w:type="spellEnd"/>
      <w:r w:rsidRPr="00BA5419">
        <w:rPr>
          <w:b/>
          <w:bCs/>
        </w:rPr>
        <w:t xml:space="preserve"> und </w:t>
      </w:r>
      <w:proofErr w:type="spellStart"/>
      <w:r w:rsidRPr="00BA5419">
        <w:rPr>
          <w:b/>
          <w:bCs/>
        </w:rPr>
        <w:t>Einwilligung</w:t>
      </w:r>
      <w:proofErr w:type="spellEnd"/>
    </w:p>
    <w:p w14:paraId="13E099F3" w14:textId="77777777" w:rsidR="00877DED" w:rsidRDefault="00000000">
      <w:proofErr w:type="spellStart"/>
      <w:r w:rsidRPr="007B30E5">
        <w:rPr>
          <w:b/>
          <w:bCs/>
        </w:rPr>
        <w:t>Datenschutzinformation</w:t>
      </w:r>
      <w:proofErr w:type="spellEnd"/>
      <w:r w:rsidRPr="007B30E5">
        <w:rPr>
          <w:b/>
          <w:bCs/>
        </w:rPr>
        <w:t xml:space="preserve"> </w:t>
      </w:r>
      <w:proofErr w:type="spellStart"/>
      <w:r w:rsidRPr="007B30E5">
        <w:rPr>
          <w:b/>
          <w:bCs/>
        </w:rPr>
        <w:t>gemäß</w:t>
      </w:r>
      <w:proofErr w:type="spellEnd"/>
      <w:r w:rsidRPr="007B30E5">
        <w:rPr>
          <w:b/>
          <w:bCs/>
        </w:rPr>
        <w:t xml:space="preserve"> Art. 13 DSGVO</w:t>
      </w:r>
      <w:r>
        <w:br/>
      </w:r>
      <w:r>
        <w:br/>
        <w:t xml:space="preserve">Der Schutz </w:t>
      </w:r>
      <w:proofErr w:type="spellStart"/>
      <w:r>
        <w:t>Ihrer</w:t>
      </w:r>
      <w:proofErr w:type="spellEnd"/>
      <w:r>
        <w:t xml:space="preserve"> </w:t>
      </w:r>
      <w:proofErr w:type="spellStart"/>
      <w:r>
        <w:t>personenbezogenen</w:t>
      </w:r>
      <w:proofErr w:type="spellEnd"/>
      <w:r>
        <w:t xml:space="preserve"> </w:t>
      </w:r>
      <w:proofErr w:type="spellStart"/>
      <w:r>
        <w:t>Daten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 mir </w:t>
      </w:r>
      <w:proofErr w:type="spellStart"/>
      <w:r>
        <w:t>ein</w:t>
      </w:r>
      <w:proofErr w:type="spellEnd"/>
      <w:r>
        <w:t xml:space="preserve"> </w:t>
      </w:r>
      <w:proofErr w:type="spellStart"/>
      <w:r>
        <w:t>wichtiges</w:t>
      </w:r>
      <w:proofErr w:type="spellEnd"/>
      <w:r>
        <w:t xml:space="preserve"> </w:t>
      </w:r>
      <w:proofErr w:type="spellStart"/>
      <w:r>
        <w:t>Anliegen</w:t>
      </w:r>
      <w:proofErr w:type="spellEnd"/>
      <w:r>
        <w:t xml:space="preserve">.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personenbezogenen</w:t>
      </w:r>
      <w:proofErr w:type="spellEnd"/>
      <w:r>
        <w:t xml:space="preserve"> </w:t>
      </w:r>
      <w:proofErr w:type="spellStart"/>
      <w:r>
        <w:t>Daten</w:t>
      </w:r>
      <w:proofErr w:type="spellEnd"/>
      <w:r>
        <w:t xml:space="preserve"> </w:t>
      </w:r>
      <w:proofErr w:type="spellStart"/>
      <w:r>
        <w:t>sowie</w:t>
      </w:r>
      <w:proofErr w:type="spellEnd"/>
      <w:r>
        <w:t xml:space="preserve"> </w:t>
      </w:r>
      <w:proofErr w:type="spellStart"/>
      <w:r>
        <w:t>Gesundheitsdaten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ausschließlich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Rahmen der </w:t>
      </w:r>
      <w:proofErr w:type="spellStart"/>
      <w:r>
        <w:t>gesetzlichen</w:t>
      </w:r>
      <w:proofErr w:type="spellEnd"/>
      <w:r>
        <w:t xml:space="preserve"> </w:t>
      </w:r>
      <w:proofErr w:type="spellStart"/>
      <w:r>
        <w:t>Bestimmungen</w:t>
      </w:r>
      <w:proofErr w:type="spellEnd"/>
      <w:r>
        <w:t xml:space="preserve"> der </w:t>
      </w:r>
      <w:proofErr w:type="spellStart"/>
      <w:r>
        <w:t>Datenschutz-Grundverordnung</w:t>
      </w:r>
      <w:proofErr w:type="spellEnd"/>
      <w:r>
        <w:t xml:space="preserve"> (DSGVO) und des </w:t>
      </w:r>
      <w:proofErr w:type="spellStart"/>
      <w:r>
        <w:t>Bundesdatenschutzgesetzes</w:t>
      </w:r>
      <w:proofErr w:type="spellEnd"/>
      <w:r>
        <w:t xml:space="preserve"> (BDSG) </w:t>
      </w:r>
      <w:proofErr w:type="spellStart"/>
      <w:r>
        <w:t>verarbeitet</w:t>
      </w:r>
      <w:proofErr w:type="spellEnd"/>
      <w:r>
        <w:t>.</w:t>
      </w:r>
    </w:p>
    <w:p w14:paraId="43DD8D3E" w14:textId="5847195B" w:rsidR="00BA5419" w:rsidRPr="00BA5419" w:rsidRDefault="00000000" w:rsidP="00BA5419">
      <w:pPr>
        <w:rPr>
          <w:rStyle w:val="Hyperlink"/>
          <w:lang w:val="de-DE"/>
        </w:rPr>
      </w:pPr>
      <w:proofErr w:type="spellStart"/>
      <w:r w:rsidRPr="007B30E5">
        <w:rPr>
          <w:b/>
          <w:bCs/>
        </w:rPr>
        <w:t>Verantwortliche</w:t>
      </w:r>
      <w:proofErr w:type="spellEnd"/>
      <w:r>
        <w:br/>
        <w:t>Sonja Brüning</w:t>
      </w:r>
      <w:r>
        <w:br/>
      </w:r>
      <w:proofErr w:type="spellStart"/>
      <w:r>
        <w:t>Heilpraktikerin</w:t>
      </w:r>
      <w:proofErr w:type="spellEnd"/>
      <w:r>
        <w:t xml:space="preserve"> für </w:t>
      </w:r>
      <w:proofErr w:type="spellStart"/>
      <w:r>
        <w:t>Psychotherapie</w:t>
      </w:r>
      <w:proofErr w:type="spellEnd"/>
      <w:r>
        <w:br/>
      </w:r>
      <w:r>
        <w:br/>
      </w:r>
      <w:proofErr w:type="spellStart"/>
      <w:r>
        <w:t>Anschrift</w:t>
      </w:r>
      <w:proofErr w:type="spellEnd"/>
      <w:r>
        <w:t xml:space="preserve">: </w:t>
      </w:r>
      <w:r w:rsidR="00BA5419" w:rsidRPr="00BA5419">
        <w:t>Heinrich-</w:t>
      </w:r>
      <w:proofErr w:type="spellStart"/>
      <w:r w:rsidR="00BA5419" w:rsidRPr="00BA5419">
        <w:t>Leggewie</w:t>
      </w:r>
      <w:proofErr w:type="spellEnd"/>
      <w:r w:rsidR="00BA5419" w:rsidRPr="00BA5419">
        <w:t xml:space="preserve">-Str. 3, 48249 </w:t>
      </w:r>
      <w:proofErr w:type="spellStart"/>
      <w:r w:rsidR="00BA5419" w:rsidRPr="00BA5419">
        <w:t>Dülmen</w:t>
      </w:r>
      <w:proofErr w:type="spellEnd"/>
      <w:r>
        <w:br/>
        <w:t xml:space="preserve">E-Mail: </w:t>
      </w:r>
      <w:r w:rsidR="00BA5419">
        <w:t>info@sonjabrüning.de</w:t>
      </w:r>
      <w:r>
        <w:br/>
      </w:r>
      <w:proofErr w:type="spellStart"/>
      <w:r>
        <w:t>Telefon</w:t>
      </w:r>
      <w:proofErr w:type="spellEnd"/>
      <w:r>
        <w:t xml:space="preserve">: </w:t>
      </w:r>
      <w:r w:rsidR="00BA5419" w:rsidRPr="00BA5419">
        <w:rPr>
          <w:lang w:val="de-DE"/>
        </w:rPr>
        <w:fldChar w:fldCharType="begin"/>
      </w:r>
      <w:r w:rsidR="00BA5419" w:rsidRPr="00BA5419">
        <w:rPr>
          <w:lang w:val="de-DE"/>
        </w:rPr>
        <w:instrText>HYPERLINK "tel:+49%20155%201126%2034%2003"</w:instrText>
      </w:r>
      <w:r w:rsidR="00BA5419" w:rsidRPr="00BA5419">
        <w:rPr>
          <w:lang w:val="de-DE"/>
        </w:rPr>
      </w:r>
      <w:r w:rsidR="00BA5419" w:rsidRPr="00BA5419">
        <w:rPr>
          <w:lang w:val="de-DE"/>
        </w:rPr>
        <w:fldChar w:fldCharType="separate"/>
      </w:r>
      <w:r w:rsidR="00BA5419" w:rsidRPr="00BA5419">
        <w:rPr>
          <w:rStyle w:val="Hyperlink"/>
          <w:lang w:val="de-DE"/>
        </w:rPr>
        <w:t>+49 155 1126 34 03</w:t>
      </w:r>
    </w:p>
    <w:p w14:paraId="5A180239" w14:textId="3D367A04" w:rsidR="00877DED" w:rsidRDefault="00BA5419">
      <w:r w:rsidRPr="00BA5419">
        <w:fldChar w:fldCharType="end"/>
      </w:r>
      <w:r w:rsidRPr="00BA5419">
        <w:rPr>
          <w:b/>
          <w:bCs/>
        </w:rPr>
        <w:t xml:space="preserve">Zweck der </w:t>
      </w:r>
      <w:proofErr w:type="spellStart"/>
      <w:r w:rsidRPr="00BA5419">
        <w:rPr>
          <w:b/>
          <w:bCs/>
        </w:rPr>
        <w:t>Datenverarbeitung</w:t>
      </w:r>
      <w:proofErr w:type="spellEnd"/>
      <w:r>
        <w:br/>
        <w:t xml:space="preserve">Die </w:t>
      </w:r>
      <w:proofErr w:type="spellStart"/>
      <w:r>
        <w:t>Verarbeitung</w:t>
      </w:r>
      <w:proofErr w:type="spellEnd"/>
      <w:r>
        <w:t xml:space="preserve"> </w:t>
      </w:r>
      <w:proofErr w:type="spellStart"/>
      <w:r>
        <w:t>erfolgt</w:t>
      </w:r>
      <w:proofErr w:type="spellEnd"/>
      <w:r>
        <w:t xml:space="preserve"> </w:t>
      </w:r>
      <w:proofErr w:type="spellStart"/>
      <w:r>
        <w:t>ausschließlich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Durchführung</w:t>
      </w:r>
      <w:proofErr w:type="spellEnd"/>
      <w:r>
        <w:t xml:space="preserve"> der </w:t>
      </w:r>
      <w:proofErr w:type="spellStart"/>
      <w:r>
        <w:t>Anamnese</w:t>
      </w:r>
      <w:proofErr w:type="spellEnd"/>
      <w:r>
        <w:t xml:space="preserve">, </w:t>
      </w:r>
      <w:proofErr w:type="spellStart"/>
      <w:r>
        <w:t>Vorbereitung</w:t>
      </w:r>
      <w:proofErr w:type="spellEnd"/>
      <w:r>
        <w:t xml:space="preserve"> und </w:t>
      </w:r>
      <w:proofErr w:type="spellStart"/>
      <w:r>
        <w:t>Durchführung</w:t>
      </w:r>
      <w:proofErr w:type="spellEnd"/>
      <w:r>
        <w:t xml:space="preserve"> der </w:t>
      </w:r>
      <w:proofErr w:type="spellStart"/>
      <w:r>
        <w:t>Hypnosetherapie</w:t>
      </w:r>
      <w:proofErr w:type="spellEnd"/>
      <w:r>
        <w:t xml:space="preserve">, </w:t>
      </w:r>
      <w:proofErr w:type="spellStart"/>
      <w:r>
        <w:t>Dokumentation</w:t>
      </w:r>
      <w:proofErr w:type="spellEnd"/>
      <w:r>
        <w:t xml:space="preserve"> der </w:t>
      </w:r>
      <w:proofErr w:type="spellStart"/>
      <w:r>
        <w:t>Behandlung</w:t>
      </w:r>
      <w:proofErr w:type="spellEnd"/>
      <w:r>
        <w:t xml:space="preserve">, Kommunikation </w:t>
      </w:r>
      <w:proofErr w:type="spellStart"/>
      <w:r>
        <w:t>sowie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Erfüllung</w:t>
      </w:r>
      <w:proofErr w:type="spellEnd"/>
      <w:r>
        <w:t xml:space="preserve"> </w:t>
      </w:r>
      <w:proofErr w:type="spellStart"/>
      <w:r>
        <w:t>gesetzlicher</w:t>
      </w:r>
      <w:proofErr w:type="spellEnd"/>
      <w:r>
        <w:t xml:space="preserve"> </w:t>
      </w:r>
      <w:proofErr w:type="spellStart"/>
      <w:r>
        <w:t>Aufbewahrungspflichten</w:t>
      </w:r>
      <w:proofErr w:type="spellEnd"/>
      <w:r>
        <w:t>.</w:t>
      </w:r>
    </w:p>
    <w:p w14:paraId="661A2CB5" w14:textId="6DF3CDE8" w:rsidR="00877DED" w:rsidRDefault="00000000">
      <w:proofErr w:type="spellStart"/>
      <w:r w:rsidRPr="00BA5419">
        <w:rPr>
          <w:b/>
          <w:bCs/>
        </w:rPr>
        <w:t>Verarbeitete</w:t>
      </w:r>
      <w:proofErr w:type="spellEnd"/>
      <w:r w:rsidRPr="00BA5419">
        <w:rPr>
          <w:b/>
          <w:bCs/>
        </w:rPr>
        <w:t xml:space="preserve"> </w:t>
      </w:r>
      <w:proofErr w:type="spellStart"/>
      <w:r w:rsidRPr="00BA5419">
        <w:rPr>
          <w:b/>
          <w:bCs/>
        </w:rPr>
        <w:t>Daten</w:t>
      </w:r>
      <w:proofErr w:type="spellEnd"/>
      <w:r>
        <w:br/>
        <w:t xml:space="preserve">Es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insbesondere</w:t>
      </w:r>
      <w:proofErr w:type="spellEnd"/>
      <w:r>
        <w:t xml:space="preserve"> </w:t>
      </w:r>
      <w:proofErr w:type="spellStart"/>
      <w:r>
        <w:t>Stammdaten</w:t>
      </w:r>
      <w:proofErr w:type="spellEnd"/>
      <w:r>
        <w:t xml:space="preserve">, </w:t>
      </w:r>
      <w:proofErr w:type="spellStart"/>
      <w:r>
        <w:t>Kontaktdaten</w:t>
      </w:r>
      <w:proofErr w:type="spellEnd"/>
      <w:r>
        <w:t xml:space="preserve">, </w:t>
      </w:r>
      <w:proofErr w:type="spellStart"/>
      <w:r>
        <w:t>Gesundheitsdaten</w:t>
      </w:r>
      <w:proofErr w:type="spellEnd"/>
      <w:r>
        <w:t xml:space="preserve">, </w:t>
      </w:r>
      <w:proofErr w:type="spellStart"/>
      <w:r>
        <w:t>Angaben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Beschwerden</w:t>
      </w:r>
      <w:proofErr w:type="spellEnd"/>
      <w:r>
        <w:t xml:space="preserve">, </w:t>
      </w:r>
      <w:proofErr w:type="spellStart"/>
      <w:r>
        <w:t>Vorerkrankungen</w:t>
      </w:r>
      <w:proofErr w:type="spellEnd"/>
      <w:r>
        <w:t xml:space="preserve">, </w:t>
      </w:r>
      <w:proofErr w:type="spellStart"/>
      <w:r>
        <w:t>Medikamenten</w:t>
      </w:r>
      <w:proofErr w:type="spellEnd"/>
      <w:r>
        <w:t xml:space="preserve">, </w:t>
      </w:r>
      <w:proofErr w:type="spellStart"/>
      <w:r>
        <w:t>Therapien</w:t>
      </w:r>
      <w:proofErr w:type="spellEnd"/>
      <w:r>
        <w:t xml:space="preserve"> </w:t>
      </w:r>
      <w:proofErr w:type="spellStart"/>
      <w:r>
        <w:t>sowie</w:t>
      </w:r>
      <w:proofErr w:type="spellEnd"/>
      <w:r>
        <w:t xml:space="preserve"> </w:t>
      </w:r>
      <w:proofErr w:type="spellStart"/>
      <w:r>
        <w:t>Behandlungsdokumentationen</w:t>
      </w:r>
      <w:proofErr w:type="spellEnd"/>
      <w:r>
        <w:t xml:space="preserve"> </w:t>
      </w:r>
      <w:proofErr w:type="spellStart"/>
      <w:r>
        <w:t>verarbeitet</w:t>
      </w:r>
      <w:proofErr w:type="spellEnd"/>
      <w:r>
        <w:t>.</w:t>
      </w:r>
    </w:p>
    <w:p w14:paraId="1531FA17" w14:textId="3D2F310C" w:rsidR="00877DED" w:rsidRDefault="00000000">
      <w:proofErr w:type="spellStart"/>
      <w:r w:rsidRPr="00BA5419">
        <w:rPr>
          <w:b/>
          <w:bCs/>
        </w:rPr>
        <w:t>Rechtsgrundlagen</w:t>
      </w:r>
      <w:proofErr w:type="spellEnd"/>
      <w:r>
        <w:br/>
        <w:t xml:space="preserve">Art. 6 Abs. 1 lit. b </w:t>
      </w:r>
      <w:proofErr w:type="spellStart"/>
      <w:r>
        <w:t>und</w:t>
      </w:r>
      <w:proofErr w:type="spellEnd"/>
      <w:r>
        <w:t xml:space="preserve"> c DSGVO </w:t>
      </w:r>
      <w:proofErr w:type="spellStart"/>
      <w:r>
        <w:t>sowie</w:t>
      </w:r>
      <w:proofErr w:type="spellEnd"/>
      <w:r>
        <w:t xml:space="preserve"> Art. 9 Abs. 2 lit. a und h DSGVO.</w:t>
      </w:r>
    </w:p>
    <w:p w14:paraId="39541222" w14:textId="56796543" w:rsidR="00877DED" w:rsidRDefault="00000000">
      <w:proofErr w:type="spellStart"/>
      <w:r w:rsidRPr="00BA5419">
        <w:rPr>
          <w:b/>
          <w:bCs/>
        </w:rPr>
        <w:t>Weitergabe</w:t>
      </w:r>
      <w:proofErr w:type="spellEnd"/>
      <w:r w:rsidRPr="00BA5419">
        <w:rPr>
          <w:b/>
          <w:bCs/>
        </w:rPr>
        <w:t xml:space="preserve"> der </w:t>
      </w:r>
      <w:proofErr w:type="spellStart"/>
      <w:r w:rsidRPr="00BA5419">
        <w:rPr>
          <w:b/>
          <w:bCs/>
        </w:rPr>
        <w:t>Daten</w:t>
      </w:r>
      <w:proofErr w:type="spellEnd"/>
      <w:r>
        <w:br/>
        <w:t xml:space="preserve">Eine </w:t>
      </w:r>
      <w:proofErr w:type="spellStart"/>
      <w:r>
        <w:t>Weitergabe</w:t>
      </w:r>
      <w:proofErr w:type="spellEnd"/>
      <w:r>
        <w:t xml:space="preserve"> </w:t>
      </w:r>
      <w:proofErr w:type="spellStart"/>
      <w:r>
        <w:t>erfolgt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Ihrer</w:t>
      </w:r>
      <w:proofErr w:type="spellEnd"/>
      <w:r>
        <w:t xml:space="preserve"> </w:t>
      </w:r>
      <w:proofErr w:type="spellStart"/>
      <w:r>
        <w:t>Einwilligung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wenn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gesetzliche</w:t>
      </w:r>
      <w:proofErr w:type="spellEnd"/>
      <w:r>
        <w:t xml:space="preserve"> </w:t>
      </w:r>
      <w:proofErr w:type="spellStart"/>
      <w:r>
        <w:t>Verpflichtung</w:t>
      </w:r>
      <w:proofErr w:type="spellEnd"/>
      <w:r>
        <w:t xml:space="preserve"> </w:t>
      </w:r>
      <w:proofErr w:type="spellStart"/>
      <w:r>
        <w:t>besteht</w:t>
      </w:r>
      <w:proofErr w:type="spellEnd"/>
      <w:r>
        <w:t>.</w:t>
      </w:r>
    </w:p>
    <w:p w14:paraId="69486AA8" w14:textId="0A2E9542" w:rsidR="00877DED" w:rsidRDefault="00000000">
      <w:proofErr w:type="spellStart"/>
      <w:r w:rsidRPr="00BA5419">
        <w:rPr>
          <w:b/>
          <w:bCs/>
        </w:rPr>
        <w:t>Speicherdauer</w:t>
      </w:r>
      <w:proofErr w:type="spellEnd"/>
      <w:r>
        <w:br/>
      </w:r>
      <w:proofErr w:type="spellStart"/>
      <w:r>
        <w:t>Ihre</w:t>
      </w:r>
      <w:proofErr w:type="spellEnd"/>
      <w:r>
        <w:t xml:space="preserve"> </w:t>
      </w:r>
      <w:proofErr w:type="spellStart"/>
      <w:r>
        <w:t>Daten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so </w:t>
      </w:r>
      <w:proofErr w:type="spellStart"/>
      <w:r>
        <w:t>lange</w:t>
      </w:r>
      <w:proofErr w:type="spellEnd"/>
      <w:r>
        <w:t xml:space="preserve"> </w:t>
      </w:r>
      <w:proofErr w:type="spellStart"/>
      <w:r>
        <w:t>gespeichert</w:t>
      </w:r>
      <w:proofErr w:type="spellEnd"/>
      <w:r>
        <w:t xml:space="preserve">, </w:t>
      </w:r>
      <w:proofErr w:type="spellStart"/>
      <w:r>
        <w:t>wie</w:t>
      </w:r>
      <w:proofErr w:type="spellEnd"/>
      <w:r>
        <w:t xml:space="preserve"> dies </w:t>
      </w:r>
      <w:proofErr w:type="spellStart"/>
      <w:r>
        <w:t>gesetzlich</w:t>
      </w:r>
      <w:proofErr w:type="spellEnd"/>
      <w:r>
        <w:t xml:space="preserve"> </w:t>
      </w:r>
      <w:proofErr w:type="spellStart"/>
      <w:r>
        <w:t>vorgeschrieben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für die </w:t>
      </w:r>
      <w:proofErr w:type="spellStart"/>
      <w:r>
        <w:t>Behandlung</w:t>
      </w:r>
      <w:proofErr w:type="spellEnd"/>
      <w:r>
        <w:t xml:space="preserve"> </w:t>
      </w:r>
      <w:proofErr w:type="spellStart"/>
      <w:r>
        <w:t>erforderlich</w:t>
      </w:r>
      <w:proofErr w:type="spellEnd"/>
      <w:r>
        <w:t xml:space="preserve"> </w:t>
      </w:r>
      <w:proofErr w:type="spellStart"/>
      <w:r>
        <w:t>ist</w:t>
      </w:r>
      <w:proofErr w:type="spellEnd"/>
      <w:r>
        <w:t>.</w:t>
      </w:r>
    </w:p>
    <w:p w14:paraId="1A3093BD" w14:textId="3820B741" w:rsidR="00877DED" w:rsidRDefault="00000000">
      <w:proofErr w:type="spellStart"/>
      <w:r w:rsidRPr="00BA5419">
        <w:rPr>
          <w:b/>
          <w:bCs/>
        </w:rPr>
        <w:t>Ihre</w:t>
      </w:r>
      <w:proofErr w:type="spellEnd"/>
      <w:r w:rsidRPr="00BA5419">
        <w:rPr>
          <w:b/>
          <w:bCs/>
        </w:rPr>
        <w:t xml:space="preserve"> Rechte</w:t>
      </w:r>
      <w:r>
        <w:br/>
        <w:t xml:space="preserve">Sie </w:t>
      </w:r>
      <w:proofErr w:type="spellStart"/>
      <w:r>
        <w:t>haben</w:t>
      </w:r>
      <w:proofErr w:type="spellEnd"/>
      <w:r>
        <w:t xml:space="preserve"> das Recht auf </w:t>
      </w:r>
      <w:proofErr w:type="spellStart"/>
      <w:r>
        <w:t>Auskunft</w:t>
      </w:r>
      <w:proofErr w:type="spellEnd"/>
      <w:r>
        <w:t xml:space="preserve">, </w:t>
      </w:r>
      <w:proofErr w:type="spellStart"/>
      <w:r>
        <w:t>Berichtigung</w:t>
      </w:r>
      <w:proofErr w:type="spellEnd"/>
      <w:r>
        <w:t xml:space="preserve">, </w:t>
      </w:r>
      <w:proofErr w:type="spellStart"/>
      <w:r>
        <w:t>Löschung</w:t>
      </w:r>
      <w:proofErr w:type="spellEnd"/>
      <w:r>
        <w:t xml:space="preserve">, </w:t>
      </w:r>
      <w:proofErr w:type="spellStart"/>
      <w:r>
        <w:t>Einschränkung</w:t>
      </w:r>
      <w:proofErr w:type="spellEnd"/>
      <w:r>
        <w:t xml:space="preserve"> der </w:t>
      </w:r>
      <w:proofErr w:type="spellStart"/>
      <w:r>
        <w:t>Verarbeitung</w:t>
      </w:r>
      <w:proofErr w:type="spellEnd"/>
      <w:r>
        <w:t xml:space="preserve">, </w:t>
      </w:r>
      <w:proofErr w:type="spellStart"/>
      <w:r>
        <w:t>Datenübertragbarkeit</w:t>
      </w:r>
      <w:proofErr w:type="spellEnd"/>
      <w:r>
        <w:t xml:space="preserve">, </w:t>
      </w:r>
      <w:proofErr w:type="spellStart"/>
      <w:r>
        <w:t>Widerspruch</w:t>
      </w:r>
      <w:proofErr w:type="spellEnd"/>
      <w:r>
        <w:t xml:space="preserve"> </w:t>
      </w:r>
      <w:proofErr w:type="spellStart"/>
      <w:r>
        <w:t>sowie</w:t>
      </w:r>
      <w:proofErr w:type="spellEnd"/>
      <w:r>
        <w:t xml:space="preserve"> </w:t>
      </w:r>
      <w:proofErr w:type="spellStart"/>
      <w:r>
        <w:t>Widerruf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erteilten</w:t>
      </w:r>
      <w:proofErr w:type="spellEnd"/>
      <w:r>
        <w:t xml:space="preserve"> </w:t>
      </w:r>
      <w:proofErr w:type="spellStart"/>
      <w:r>
        <w:t>Einwilligung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Wirkung</w:t>
      </w:r>
      <w:proofErr w:type="spellEnd"/>
      <w:r>
        <w:t xml:space="preserve"> für die Zukunft. Zudem </w:t>
      </w:r>
      <w:proofErr w:type="spellStart"/>
      <w:r>
        <w:t>steht</w:t>
      </w:r>
      <w:proofErr w:type="spellEnd"/>
      <w:r>
        <w:t xml:space="preserve"> Ihnen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Beschwerderecht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Datenschutzaufsichtsbehörde</w:t>
      </w:r>
      <w:proofErr w:type="spellEnd"/>
      <w:r>
        <w:t xml:space="preserve"> </w:t>
      </w:r>
      <w:proofErr w:type="spellStart"/>
      <w:r>
        <w:t>zu</w:t>
      </w:r>
      <w:proofErr w:type="spellEnd"/>
      <w:r>
        <w:t>.</w:t>
      </w:r>
    </w:p>
    <w:p w14:paraId="54A071EE" w14:textId="77777777" w:rsidR="00877DED" w:rsidRDefault="00000000">
      <w:pPr>
        <w:pStyle w:val="berschrift2"/>
      </w:pPr>
      <w:proofErr w:type="spellStart"/>
      <w:r>
        <w:t>Einwilligungserklärung</w:t>
      </w:r>
      <w:proofErr w:type="spellEnd"/>
    </w:p>
    <w:p w14:paraId="2A3FA11D" w14:textId="77777777" w:rsidR="00877DED" w:rsidRDefault="00000000">
      <w:r>
        <w:t xml:space="preserve">Ich </w:t>
      </w:r>
      <w:proofErr w:type="spellStart"/>
      <w:r>
        <w:t>habe</w:t>
      </w:r>
      <w:proofErr w:type="spellEnd"/>
      <w:r>
        <w:t xml:space="preserve"> die </w:t>
      </w:r>
      <w:proofErr w:type="spellStart"/>
      <w:r>
        <w:t>Datenschutzinformation</w:t>
      </w:r>
      <w:proofErr w:type="spellEnd"/>
      <w:r>
        <w:t xml:space="preserve"> </w:t>
      </w:r>
      <w:proofErr w:type="spellStart"/>
      <w:r>
        <w:t>gelesen</w:t>
      </w:r>
      <w:proofErr w:type="spellEnd"/>
      <w:r>
        <w:t xml:space="preserve"> und </w:t>
      </w:r>
      <w:proofErr w:type="spellStart"/>
      <w:r>
        <w:t>verstanden</w:t>
      </w:r>
      <w:proofErr w:type="spellEnd"/>
      <w:r>
        <w:t xml:space="preserve">. Ich </w:t>
      </w:r>
      <w:proofErr w:type="spellStart"/>
      <w:r>
        <w:t>willige</w:t>
      </w:r>
      <w:proofErr w:type="spellEnd"/>
      <w:r>
        <w:t xml:space="preserve"> </w:t>
      </w:r>
      <w:proofErr w:type="spellStart"/>
      <w:r>
        <w:t>ausdrücklich</w:t>
      </w:r>
      <w:proofErr w:type="spellEnd"/>
      <w:r>
        <w:t xml:space="preserve"> in die </w:t>
      </w:r>
      <w:proofErr w:type="spellStart"/>
      <w:r>
        <w:t>Verarbeitung</w:t>
      </w:r>
      <w:proofErr w:type="spellEnd"/>
      <w:r>
        <w:t xml:space="preserve"> </w:t>
      </w:r>
      <w:proofErr w:type="spellStart"/>
      <w:r>
        <w:t>meiner</w:t>
      </w:r>
      <w:proofErr w:type="spellEnd"/>
      <w:r>
        <w:t xml:space="preserve"> </w:t>
      </w:r>
      <w:proofErr w:type="spellStart"/>
      <w:r>
        <w:t>personenbezogenen</w:t>
      </w:r>
      <w:proofErr w:type="spellEnd"/>
      <w:r>
        <w:t xml:space="preserve"> </w:t>
      </w:r>
      <w:proofErr w:type="spellStart"/>
      <w:r>
        <w:t>Daten</w:t>
      </w:r>
      <w:proofErr w:type="spellEnd"/>
      <w:r>
        <w:t xml:space="preserve"> </w:t>
      </w:r>
      <w:proofErr w:type="spellStart"/>
      <w:r>
        <w:t>sowie</w:t>
      </w:r>
      <w:proofErr w:type="spellEnd"/>
      <w:r>
        <w:t xml:space="preserve"> </w:t>
      </w:r>
      <w:proofErr w:type="spellStart"/>
      <w:r>
        <w:t>meiner</w:t>
      </w:r>
      <w:proofErr w:type="spellEnd"/>
      <w:r>
        <w:t xml:space="preserve"> </w:t>
      </w:r>
      <w:proofErr w:type="spellStart"/>
      <w:r>
        <w:t>Gesundheitsdaten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Zweck der </w:t>
      </w:r>
      <w:proofErr w:type="spellStart"/>
      <w:r>
        <w:t>Durchführung</w:t>
      </w:r>
      <w:proofErr w:type="spellEnd"/>
      <w:r>
        <w:t xml:space="preserve"> der </w:t>
      </w:r>
      <w:proofErr w:type="spellStart"/>
      <w:r>
        <w:t>Hypnosetherapie</w:t>
      </w:r>
      <w:proofErr w:type="spellEnd"/>
      <w:r>
        <w:t xml:space="preserve">, der </w:t>
      </w:r>
      <w:proofErr w:type="spellStart"/>
      <w:r>
        <w:t>Dokumentation</w:t>
      </w:r>
      <w:proofErr w:type="spellEnd"/>
      <w:r>
        <w:t xml:space="preserve"> und der </w:t>
      </w:r>
      <w:proofErr w:type="spellStart"/>
      <w:r>
        <w:t>damit</w:t>
      </w:r>
      <w:proofErr w:type="spellEnd"/>
      <w:r>
        <w:t xml:space="preserve"> </w:t>
      </w:r>
      <w:proofErr w:type="spellStart"/>
      <w:r>
        <w:t>verbundenen</w:t>
      </w:r>
      <w:proofErr w:type="spellEnd"/>
      <w:r>
        <w:t xml:space="preserve"> Kommunikation </w:t>
      </w:r>
      <w:proofErr w:type="spellStart"/>
      <w:r>
        <w:t>ein</w:t>
      </w:r>
      <w:proofErr w:type="spellEnd"/>
      <w:r>
        <w:t>.</w:t>
      </w:r>
      <w:r>
        <w:br/>
      </w:r>
      <w:r>
        <w:br/>
        <w:t xml:space="preserve">Mir </w:t>
      </w:r>
      <w:proofErr w:type="spellStart"/>
      <w:r>
        <w:t>ist</w:t>
      </w:r>
      <w:proofErr w:type="spellEnd"/>
      <w:r>
        <w:t xml:space="preserve"> </w:t>
      </w:r>
      <w:proofErr w:type="spellStart"/>
      <w:r>
        <w:t>bekannt</w:t>
      </w:r>
      <w:proofErr w:type="spellEnd"/>
      <w:r>
        <w:t xml:space="preserve">, </w:t>
      </w:r>
      <w:proofErr w:type="spellStart"/>
      <w:r>
        <w:t>dass</w:t>
      </w:r>
      <w:proofErr w:type="spellEnd"/>
      <w:r>
        <w:t xml:space="preserve"> ich </w:t>
      </w:r>
      <w:proofErr w:type="spellStart"/>
      <w:r>
        <w:t>diese</w:t>
      </w:r>
      <w:proofErr w:type="spellEnd"/>
      <w:r>
        <w:t xml:space="preserve"> </w:t>
      </w:r>
      <w:proofErr w:type="spellStart"/>
      <w:r>
        <w:t>Einwilligung</w:t>
      </w:r>
      <w:proofErr w:type="spellEnd"/>
      <w:r>
        <w:t xml:space="preserve"> </w:t>
      </w:r>
      <w:proofErr w:type="spellStart"/>
      <w:r>
        <w:t>jederzeit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Wirkung</w:t>
      </w:r>
      <w:proofErr w:type="spellEnd"/>
      <w:r>
        <w:t xml:space="preserve"> für die Zukunft </w:t>
      </w:r>
      <w:proofErr w:type="spellStart"/>
      <w:r>
        <w:t>widerrufen</w:t>
      </w:r>
      <w:proofErr w:type="spellEnd"/>
      <w:r>
        <w:t xml:space="preserve"> </w:t>
      </w:r>
      <w:proofErr w:type="spellStart"/>
      <w:r>
        <w:t>kann</w:t>
      </w:r>
      <w:proofErr w:type="spellEnd"/>
      <w:r>
        <w:t>.</w:t>
      </w:r>
      <w:r>
        <w:br/>
      </w:r>
      <w:r>
        <w:br/>
        <w:t>Ort, Datum: __________________________</w:t>
      </w:r>
      <w:r>
        <w:br/>
      </w:r>
      <w:r>
        <w:br/>
      </w:r>
      <w:proofErr w:type="spellStart"/>
      <w:r>
        <w:t>Unterschrift</w:t>
      </w:r>
      <w:proofErr w:type="spellEnd"/>
      <w:r>
        <w:t xml:space="preserve"> </w:t>
      </w:r>
      <w:proofErr w:type="spellStart"/>
      <w:r>
        <w:t>Klient:in</w:t>
      </w:r>
      <w:proofErr w:type="spellEnd"/>
      <w:r>
        <w:t>: __________________________</w:t>
      </w:r>
    </w:p>
    <w:sectPr w:rsidR="00877DED" w:rsidSect="00034616">
      <w:pgSz w:w="11900" w:h="16840"/>
      <w:pgMar w:top="800" w:right="900" w:bottom="80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459697">
    <w:abstractNumId w:val="8"/>
  </w:num>
  <w:num w:numId="2" w16cid:durableId="1704478636">
    <w:abstractNumId w:val="6"/>
  </w:num>
  <w:num w:numId="3" w16cid:durableId="817957394">
    <w:abstractNumId w:val="5"/>
  </w:num>
  <w:num w:numId="4" w16cid:durableId="1051461428">
    <w:abstractNumId w:val="4"/>
  </w:num>
  <w:num w:numId="5" w16cid:durableId="738748653">
    <w:abstractNumId w:val="7"/>
  </w:num>
  <w:num w:numId="6" w16cid:durableId="854612651">
    <w:abstractNumId w:val="3"/>
  </w:num>
  <w:num w:numId="7" w16cid:durableId="1390684875">
    <w:abstractNumId w:val="2"/>
  </w:num>
  <w:num w:numId="8" w16cid:durableId="2066299155">
    <w:abstractNumId w:val="1"/>
  </w:num>
  <w:num w:numId="9" w16cid:durableId="359401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B30E5"/>
    <w:rsid w:val="00877DED"/>
    <w:rsid w:val="00AA1D8D"/>
    <w:rsid w:val="00B47730"/>
    <w:rsid w:val="00BA5419"/>
    <w:rsid w:val="00CB0664"/>
    <w:rsid w:val="00ED5CB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616C6C"/>
  <w14:defaultImageDpi w14:val="300"/>
  <w15:docId w15:val="{C2B3206F-98D2-494F-BCF3-5B0C2F9D4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Calibri" w:eastAsia="Calibri" w:hAnsi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bsatz-Standardschriftart"/>
    <w:uiPriority w:val="99"/>
    <w:unhideWhenUsed/>
    <w:rsid w:val="00BA541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A54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Sandra Wessing</cp:lastModifiedBy>
  <cp:revision>3</cp:revision>
  <dcterms:created xsi:type="dcterms:W3CDTF">2013-12-23T23:15:00Z</dcterms:created>
  <dcterms:modified xsi:type="dcterms:W3CDTF">2026-08-06T12:19:00Z</dcterms:modified>
  <cp:category/>
</cp:coreProperties>
</file>