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B73F0" w14:textId="30AA066D" w:rsidR="00CB4DF6" w:rsidRDefault="00000000">
      <w:pPr>
        <w:jc w:val="center"/>
      </w:pPr>
      <w:r>
        <w:rPr>
          <w:b/>
          <w:sz w:val="40"/>
        </w:rPr>
        <w:t xml:space="preserve">Anamnesebogen für Kinder und Jugendliche </w:t>
      </w:r>
    </w:p>
    <w:p w14:paraId="32E53EA0" w14:textId="3AE8E0A8" w:rsidR="00CB4DF6" w:rsidRDefault="00000000">
      <w:pPr>
        <w:jc w:val="center"/>
      </w:pPr>
      <w:r>
        <w:rPr>
          <w:i/>
        </w:rPr>
        <w:t>für Eltern / Sorgeberechtigte</w:t>
      </w:r>
      <w:r>
        <w:rPr>
          <w:i/>
        </w:rPr>
        <w:br/>
        <w:t>Hypnosetherapie – Sonja Brüning</w:t>
      </w:r>
    </w:p>
    <w:p w14:paraId="1FA04091" w14:textId="77777777" w:rsidR="00CB4DF6" w:rsidRDefault="00000000">
      <w:r>
        <w:t>Dieser Anamnesebogen dient dazu, die Lebenssituation, das Anliegen und die bisherigen Erfahrungen Ihres Kindes bzw. Jugendlichen kennenzulernen. Bitte beantworten Sie die Fragen möglichst vollständig und ehrlich. Wenn Sie etwas nicht wissen oder nicht beantworten können, lassen Sie das Feld frei.</w:t>
      </w:r>
    </w:p>
    <w:p w14:paraId="61D9B63E" w14:textId="77777777" w:rsidR="00CB4DF6" w:rsidRDefault="00000000">
      <w:r>
        <w:t>Bitte beachten Sie: Dieser Fragebogen ersetzt keine ärztliche, psychotherapeutische oder psychiatrische Diagnostik. Bei akuten gesundheitlichen oder psychischen Krisen ist eine entsprechende medizinische bzw. therapeutische Abklärung erforderlich.</w:t>
      </w:r>
    </w:p>
    <w:p w14:paraId="783151DF" w14:textId="77777777" w:rsidR="00CB4DF6" w:rsidRDefault="00000000">
      <w:pPr>
        <w:pStyle w:val="berschrift3"/>
      </w:pPr>
      <w:r>
        <w:t>1. Angaben zum Kind / Jugendlichen</w:t>
      </w:r>
    </w:p>
    <w:tbl>
      <w:tblPr>
        <w:tblW w:w="0" w:type="auto"/>
        <w:jc w:val="center"/>
        <w:tblLook w:val="04A0" w:firstRow="1" w:lastRow="0" w:firstColumn="1" w:lastColumn="0" w:noHBand="0" w:noVBand="1"/>
      </w:tblPr>
      <w:tblGrid>
        <w:gridCol w:w="4873"/>
        <w:gridCol w:w="4873"/>
      </w:tblGrid>
      <w:tr w:rsidR="00CB4DF6" w14:paraId="645AE942" w14:textId="77777777">
        <w:trPr>
          <w:jc w:val="center"/>
        </w:trPr>
        <w:tc>
          <w:tcPr>
            <w:tcW w:w="4873" w:type="dxa"/>
          </w:tcPr>
          <w:p w14:paraId="171EC0B0" w14:textId="77777777" w:rsidR="00CB4DF6" w:rsidRDefault="00000000">
            <w:r>
              <w:rPr>
                <w:b/>
              </w:rPr>
              <w:t>Vor- und Nachname:</w:t>
            </w:r>
          </w:p>
        </w:tc>
        <w:tc>
          <w:tcPr>
            <w:tcW w:w="4873" w:type="dxa"/>
          </w:tcPr>
          <w:p w14:paraId="11D2F057" w14:textId="77777777" w:rsidR="00CB4DF6" w:rsidRDefault="00000000">
            <w:r>
              <w:t>________________________________________</w:t>
            </w:r>
          </w:p>
        </w:tc>
      </w:tr>
      <w:tr w:rsidR="00CB4DF6" w14:paraId="11474AAC" w14:textId="77777777">
        <w:trPr>
          <w:jc w:val="center"/>
        </w:trPr>
        <w:tc>
          <w:tcPr>
            <w:tcW w:w="4873" w:type="dxa"/>
          </w:tcPr>
          <w:p w14:paraId="0EB376E6" w14:textId="77777777" w:rsidR="00CB4DF6" w:rsidRDefault="00000000">
            <w:r>
              <w:rPr>
                <w:b/>
              </w:rPr>
              <w:t>Geburtsdatum:</w:t>
            </w:r>
          </w:p>
        </w:tc>
        <w:tc>
          <w:tcPr>
            <w:tcW w:w="4873" w:type="dxa"/>
          </w:tcPr>
          <w:p w14:paraId="15E51AF1" w14:textId="77777777" w:rsidR="00CB4DF6" w:rsidRDefault="00000000">
            <w:r>
              <w:t>________________________________________</w:t>
            </w:r>
          </w:p>
        </w:tc>
      </w:tr>
      <w:tr w:rsidR="00CB4DF6" w14:paraId="3C1BF77F" w14:textId="77777777">
        <w:trPr>
          <w:jc w:val="center"/>
        </w:trPr>
        <w:tc>
          <w:tcPr>
            <w:tcW w:w="4873" w:type="dxa"/>
          </w:tcPr>
          <w:p w14:paraId="77086805" w14:textId="77777777" w:rsidR="00CB4DF6" w:rsidRDefault="00000000">
            <w:r>
              <w:rPr>
                <w:b/>
              </w:rPr>
              <w:t>Alter:</w:t>
            </w:r>
          </w:p>
        </w:tc>
        <w:tc>
          <w:tcPr>
            <w:tcW w:w="4873" w:type="dxa"/>
          </w:tcPr>
          <w:p w14:paraId="188B8938" w14:textId="77777777" w:rsidR="00CB4DF6" w:rsidRDefault="00000000">
            <w:r>
              <w:t>________________________________________</w:t>
            </w:r>
          </w:p>
        </w:tc>
      </w:tr>
      <w:tr w:rsidR="00CB4DF6" w14:paraId="367223E3" w14:textId="77777777">
        <w:trPr>
          <w:jc w:val="center"/>
        </w:trPr>
        <w:tc>
          <w:tcPr>
            <w:tcW w:w="4873" w:type="dxa"/>
          </w:tcPr>
          <w:p w14:paraId="17F287EC" w14:textId="77777777" w:rsidR="00CB4DF6" w:rsidRDefault="00000000">
            <w:r>
              <w:rPr>
                <w:b/>
              </w:rPr>
              <w:t>Geschlecht:</w:t>
            </w:r>
          </w:p>
        </w:tc>
        <w:tc>
          <w:tcPr>
            <w:tcW w:w="4873" w:type="dxa"/>
          </w:tcPr>
          <w:p w14:paraId="4E5538D5" w14:textId="77777777" w:rsidR="00CB4DF6" w:rsidRDefault="00000000">
            <w:r>
              <w:t>________________________________________</w:t>
            </w:r>
          </w:p>
        </w:tc>
      </w:tr>
      <w:tr w:rsidR="00CB4DF6" w14:paraId="67EB6FBD" w14:textId="77777777">
        <w:trPr>
          <w:jc w:val="center"/>
        </w:trPr>
        <w:tc>
          <w:tcPr>
            <w:tcW w:w="4873" w:type="dxa"/>
          </w:tcPr>
          <w:p w14:paraId="53D79381" w14:textId="77777777" w:rsidR="00CB4DF6" w:rsidRDefault="00000000">
            <w:r>
              <w:rPr>
                <w:b/>
              </w:rPr>
              <w:t>Anschrift:</w:t>
            </w:r>
          </w:p>
        </w:tc>
        <w:tc>
          <w:tcPr>
            <w:tcW w:w="4873" w:type="dxa"/>
          </w:tcPr>
          <w:p w14:paraId="1042A61D" w14:textId="77777777" w:rsidR="00CB4DF6" w:rsidRDefault="00000000">
            <w:r>
              <w:t>________________________________________</w:t>
            </w:r>
            <w:r>
              <w:br/>
              <w:t>________________________________________</w:t>
            </w:r>
          </w:p>
        </w:tc>
      </w:tr>
      <w:tr w:rsidR="00CB4DF6" w14:paraId="4D043076" w14:textId="77777777">
        <w:trPr>
          <w:jc w:val="center"/>
        </w:trPr>
        <w:tc>
          <w:tcPr>
            <w:tcW w:w="4873" w:type="dxa"/>
          </w:tcPr>
          <w:p w14:paraId="4E2A9142" w14:textId="77777777" w:rsidR="00CB4DF6" w:rsidRDefault="00000000">
            <w:r>
              <w:rPr>
                <w:b/>
              </w:rPr>
              <w:t>Schule / Klasse:</w:t>
            </w:r>
          </w:p>
        </w:tc>
        <w:tc>
          <w:tcPr>
            <w:tcW w:w="4873" w:type="dxa"/>
          </w:tcPr>
          <w:p w14:paraId="52136485" w14:textId="77777777" w:rsidR="00CB4DF6" w:rsidRDefault="00000000">
            <w:r>
              <w:t>________________________________________</w:t>
            </w:r>
          </w:p>
        </w:tc>
      </w:tr>
    </w:tbl>
    <w:p w14:paraId="34C3F928" w14:textId="77777777" w:rsidR="00CB4DF6" w:rsidRDefault="00CB4DF6"/>
    <w:p w14:paraId="5D3A48A6" w14:textId="77777777" w:rsidR="00CB4DF6" w:rsidRDefault="00000000">
      <w:pPr>
        <w:pStyle w:val="berschrift3"/>
      </w:pPr>
      <w:r>
        <w:t>2. Eltern / Sorgeberechtigte</w:t>
      </w:r>
    </w:p>
    <w:tbl>
      <w:tblPr>
        <w:tblW w:w="0" w:type="auto"/>
        <w:jc w:val="center"/>
        <w:tblLook w:val="04A0" w:firstRow="1" w:lastRow="0" w:firstColumn="1" w:lastColumn="0" w:noHBand="0" w:noVBand="1"/>
      </w:tblPr>
      <w:tblGrid>
        <w:gridCol w:w="4873"/>
        <w:gridCol w:w="4873"/>
      </w:tblGrid>
      <w:tr w:rsidR="00CB4DF6" w14:paraId="1E4839AF" w14:textId="77777777">
        <w:trPr>
          <w:jc w:val="center"/>
        </w:trPr>
        <w:tc>
          <w:tcPr>
            <w:tcW w:w="4873" w:type="dxa"/>
          </w:tcPr>
          <w:p w14:paraId="2001EF55" w14:textId="77777777" w:rsidR="00CB4DF6" w:rsidRDefault="00000000">
            <w:r>
              <w:rPr>
                <w:b/>
              </w:rPr>
              <w:t>Sorgeberechtigte Person 1:</w:t>
            </w:r>
          </w:p>
        </w:tc>
        <w:tc>
          <w:tcPr>
            <w:tcW w:w="4873" w:type="dxa"/>
          </w:tcPr>
          <w:p w14:paraId="0547605B" w14:textId="77777777" w:rsidR="00CB4DF6" w:rsidRDefault="00000000">
            <w:r>
              <w:t>________________________________________</w:t>
            </w:r>
          </w:p>
        </w:tc>
      </w:tr>
      <w:tr w:rsidR="00CB4DF6" w14:paraId="41A17CCB" w14:textId="77777777">
        <w:trPr>
          <w:jc w:val="center"/>
        </w:trPr>
        <w:tc>
          <w:tcPr>
            <w:tcW w:w="4873" w:type="dxa"/>
          </w:tcPr>
          <w:p w14:paraId="53D9B202" w14:textId="77777777" w:rsidR="00CB4DF6" w:rsidRDefault="00000000">
            <w:r>
              <w:rPr>
                <w:b/>
              </w:rPr>
              <w:t>Telefon / E-Mail:</w:t>
            </w:r>
          </w:p>
        </w:tc>
        <w:tc>
          <w:tcPr>
            <w:tcW w:w="4873" w:type="dxa"/>
          </w:tcPr>
          <w:p w14:paraId="618EE2D9" w14:textId="77777777" w:rsidR="00CB4DF6" w:rsidRDefault="00000000">
            <w:r>
              <w:t>________________________________________</w:t>
            </w:r>
          </w:p>
        </w:tc>
      </w:tr>
      <w:tr w:rsidR="00CB4DF6" w14:paraId="7FC4321C" w14:textId="77777777">
        <w:trPr>
          <w:jc w:val="center"/>
        </w:trPr>
        <w:tc>
          <w:tcPr>
            <w:tcW w:w="4873" w:type="dxa"/>
          </w:tcPr>
          <w:p w14:paraId="6B3D490A" w14:textId="77777777" w:rsidR="00CB4DF6" w:rsidRDefault="00000000">
            <w:r>
              <w:rPr>
                <w:b/>
              </w:rPr>
              <w:t>Sorgeberechtigte Person 2:</w:t>
            </w:r>
          </w:p>
        </w:tc>
        <w:tc>
          <w:tcPr>
            <w:tcW w:w="4873" w:type="dxa"/>
          </w:tcPr>
          <w:p w14:paraId="292807E9" w14:textId="77777777" w:rsidR="00CB4DF6" w:rsidRDefault="00000000">
            <w:r>
              <w:t>________________________________________</w:t>
            </w:r>
          </w:p>
        </w:tc>
      </w:tr>
      <w:tr w:rsidR="00CB4DF6" w14:paraId="797A9947" w14:textId="77777777">
        <w:trPr>
          <w:jc w:val="center"/>
        </w:trPr>
        <w:tc>
          <w:tcPr>
            <w:tcW w:w="4873" w:type="dxa"/>
          </w:tcPr>
          <w:p w14:paraId="24C34C6B" w14:textId="77777777" w:rsidR="00CB4DF6" w:rsidRDefault="00000000">
            <w:r>
              <w:rPr>
                <w:b/>
              </w:rPr>
              <w:t>Telefon / E-Mail:</w:t>
            </w:r>
          </w:p>
        </w:tc>
        <w:tc>
          <w:tcPr>
            <w:tcW w:w="4873" w:type="dxa"/>
          </w:tcPr>
          <w:p w14:paraId="73575C3E" w14:textId="77777777" w:rsidR="00CB4DF6" w:rsidRDefault="00000000">
            <w:r>
              <w:t>________________________________________</w:t>
            </w:r>
          </w:p>
        </w:tc>
      </w:tr>
    </w:tbl>
    <w:p w14:paraId="6F572237" w14:textId="77777777" w:rsidR="00CB4DF6" w:rsidRDefault="00CB4DF6"/>
    <w:p w14:paraId="7CC887B2" w14:textId="77777777" w:rsidR="00CB4DF6" w:rsidRDefault="00000000">
      <w:r>
        <w:t>☐ Ich bin allein sorgeberechtigt.</w:t>
      </w:r>
    </w:p>
    <w:p w14:paraId="340AB146" w14:textId="77777777" w:rsidR="00CB4DF6" w:rsidRDefault="00000000">
      <w:r>
        <w:t>☐ Wir sind gemeinsam sorgeberechtigt.</w:t>
      </w:r>
    </w:p>
    <w:p w14:paraId="193F9CC7" w14:textId="77777777" w:rsidR="00CB4DF6" w:rsidRDefault="00000000">
      <w:r>
        <w:t>Besondere Regelungen zum Sorgerecht / zur Einwilligung:</w:t>
      </w:r>
    </w:p>
    <w:p w14:paraId="386E49AC" w14:textId="31921257" w:rsidR="00CB4DF6" w:rsidRDefault="00000000">
      <w:r>
        <w:t>_____________________________________________________________________________________________</w:t>
      </w:r>
      <w:r>
        <w:br/>
      </w:r>
    </w:p>
    <w:p w14:paraId="7A0D1AFB" w14:textId="4BD65ED5" w:rsidR="00CB4DF6" w:rsidRDefault="001725D5">
      <w:pPr>
        <w:pStyle w:val="berschrift3"/>
      </w:pPr>
      <w:r>
        <w:lastRenderedPageBreak/>
        <w:br/>
        <w:t>3. Anlass der Kontaktaufnahme</w:t>
      </w:r>
    </w:p>
    <w:p w14:paraId="63D104AB" w14:textId="77777777" w:rsidR="00CB4DF6" w:rsidRDefault="00000000">
      <w:r>
        <w:t>Was ist der Hauptgrund für die Kontaktaufnahme?</w:t>
      </w:r>
    </w:p>
    <w:p w14:paraId="64AD0D21" w14:textId="5B2E398E" w:rsidR="00CB4DF6" w:rsidRDefault="00000000">
      <w:r>
        <w:t>____________________________________________________________________________________________________</w:t>
      </w:r>
      <w:r>
        <w:br/>
      </w:r>
    </w:p>
    <w:p w14:paraId="5DDD923D" w14:textId="77777777" w:rsidR="00CB4DF6" w:rsidRDefault="00000000">
      <w:r>
        <w:t>Seit wann besteht das Anliegen?</w:t>
      </w:r>
    </w:p>
    <w:p w14:paraId="1840138A" w14:textId="1268FCB5" w:rsidR="00CB4DF6" w:rsidRDefault="00000000">
      <w:r>
        <w:t>____________________________________________________________________________________________________</w:t>
      </w:r>
      <w:r>
        <w:br/>
      </w:r>
    </w:p>
    <w:p w14:paraId="6D3A65C1" w14:textId="40998323" w:rsidR="00CB4DF6" w:rsidRDefault="009A5ABD">
      <w:r>
        <w:t>Wie sind Sie auf die Möglichkeit einer Hypnosebehandlung aufmerksam geworden?</w:t>
      </w:r>
    </w:p>
    <w:p w14:paraId="770FE68D" w14:textId="2A999D5B" w:rsidR="009A5ABD" w:rsidRDefault="009A5ABD" w:rsidP="009A5ABD">
      <w:r>
        <w:t xml:space="preserve">☐ </w:t>
      </w:r>
      <w:r>
        <w:t>Durch eigene Recherche</w:t>
      </w:r>
    </w:p>
    <w:p w14:paraId="380C9A72" w14:textId="53818BA2" w:rsidR="009A5ABD" w:rsidRDefault="009A5ABD" w:rsidP="009A5ABD">
      <w:r>
        <w:t xml:space="preserve">☐ </w:t>
      </w:r>
      <w:r>
        <w:t>Empfehlung aus dem persönlichen Umfeld</w:t>
      </w:r>
    </w:p>
    <w:p w14:paraId="568DDE8E" w14:textId="532F9A46" w:rsidR="009A5ABD" w:rsidRDefault="009A5ABD" w:rsidP="009A5ABD">
      <w:r>
        <w:t xml:space="preserve">☐ </w:t>
      </w:r>
      <w:r>
        <w:t>Arzt/Ärztin</w:t>
      </w:r>
    </w:p>
    <w:p w14:paraId="1B9FD0F2" w14:textId="7E042E4D" w:rsidR="009A5ABD" w:rsidRDefault="009A5ABD" w:rsidP="009A5ABD">
      <w:r>
        <w:t xml:space="preserve">☐ </w:t>
      </w:r>
      <w:r>
        <w:t>Therapeut/in</w:t>
      </w:r>
    </w:p>
    <w:p w14:paraId="5D1F81D8" w14:textId="2E8359DF" w:rsidR="009A5ABD" w:rsidRDefault="009A5ABD" w:rsidP="009A5ABD">
      <w:r>
        <w:t xml:space="preserve">☐ </w:t>
      </w:r>
      <w:r>
        <w:t>Schule</w:t>
      </w:r>
    </w:p>
    <w:p w14:paraId="35B83682" w14:textId="6732F71F" w:rsidR="009A5ABD" w:rsidRDefault="009A5ABD">
      <w:r>
        <w:t xml:space="preserve">☐ </w:t>
      </w:r>
      <w:r>
        <w:t>auf andere Weise:</w:t>
      </w:r>
    </w:p>
    <w:p w14:paraId="745E8808" w14:textId="60B3576F" w:rsidR="00CB4DF6" w:rsidRDefault="00000000">
      <w:r>
        <w:t>____________________________________________________________________________________________________</w:t>
      </w:r>
      <w:r>
        <w:br/>
      </w:r>
    </w:p>
    <w:p w14:paraId="6995A2E6" w14:textId="77777777" w:rsidR="00CB4DF6" w:rsidRDefault="00000000">
      <w:r>
        <w:t>Wer hat die Hypnose angeregt – Eltern, Kind/Jugendlicher, Schule, Arzt, Therapeut oder jemand anderes?</w:t>
      </w:r>
    </w:p>
    <w:p w14:paraId="2C974578" w14:textId="1762DC92" w:rsidR="00CB4DF6" w:rsidRDefault="00000000">
      <w:r>
        <w:t>____________________________________________________________________________________________________</w:t>
      </w:r>
    </w:p>
    <w:p w14:paraId="4250E65C" w14:textId="77777777" w:rsidR="00CB4DF6" w:rsidRDefault="00000000">
      <w:pPr>
        <w:pStyle w:val="berschrift3"/>
      </w:pPr>
      <w:r>
        <w:t>4. Sicht des Kindes / Jugendlichen</w:t>
      </w:r>
    </w:p>
    <w:p w14:paraId="34A22220" w14:textId="77777777" w:rsidR="00CB4DF6" w:rsidRDefault="00000000">
      <w:r>
        <w:t>Wie beschreibt Ihr Kind selbst die Situation?</w:t>
      </w:r>
    </w:p>
    <w:p w14:paraId="4B040323" w14:textId="68E9445B" w:rsidR="00CB4DF6" w:rsidRDefault="00000000">
      <w:r>
        <w:t>____________________________________________________________________________________________________</w:t>
      </w:r>
      <w:r>
        <w:br/>
      </w:r>
    </w:p>
    <w:p w14:paraId="73F92390" w14:textId="77777777" w:rsidR="00CB4DF6" w:rsidRDefault="00000000">
      <w:r>
        <w:t>Was wünscht sich Ihr Kind Ihrer Einschätzung nach von der Begleitung?</w:t>
      </w:r>
    </w:p>
    <w:p w14:paraId="37D640F3" w14:textId="199E4C7E" w:rsidR="00CB4DF6" w:rsidRDefault="00000000">
      <w:r>
        <w:t>____________________________________________________________________________________________________</w:t>
      </w:r>
      <w:r>
        <w:br/>
      </w:r>
    </w:p>
    <w:p w14:paraId="31868B03" w14:textId="77777777" w:rsidR="00CB4DF6" w:rsidRDefault="00000000">
      <w:r>
        <w:t>Was soll sich aus Sicht Ihres Kindes konkret verändern?</w:t>
      </w:r>
    </w:p>
    <w:p w14:paraId="118FB8AD" w14:textId="57F034F1" w:rsidR="00CB4DF6" w:rsidRDefault="00000000">
      <w:r>
        <w:t>____________________________________________________________________________________________________</w:t>
      </w:r>
    </w:p>
    <w:p w14:paraId="51AC7C5E" w14:textId="77777777" w:rsidR="00CB4DF6" w:rsidRDefault="00000000">
      <w:pPr>
        <w:pStyle w:val="berschrift3"/>
      </w:pPr>
      <w:r>
        <w:t>5. Aktuelle Situation / Beschwerden</w:t>
      </w:r>
    </w:p>
    <w:p w14:paraId="612C12D7" w14:textId="77777777" w:rsidR="00CB4DF6" w:rsidRDefault="00000000">
      <w:r>
        <w:t>Welche Punkte beobachten Sie aktuell?</w:t>
      </w:r>
    </w:p>
    <w:p w14:paraId="72DBA323" w14:textId="77777777" w:rsidR="00CB4DF6" w:rsidRDefault="00000000">
      <w:r>
        <w:t>☐ Ängste / Sorgen / Unsicherheiten</w:t>
      </w:r>
    </w:p>
    <w:p w14:paraId="6F0E582B" w14:textId="77777777" w:rsidR="00CB4DF6" w:rsidRDefault="00000000">
      <w:r>
        <w:lastRenderedPageBreak/>
        <w:t>☐ Schlaf / Einschlafen / Durchschlafen / Albträume</w:t>
      </w:r>
    </w:p>
    <w:p w14:paraId="14595D8A" w14:textId="77777777" w:rsidR="00CB4DF6" w:rsidRDefault="00000000">
      <w:r>
        <w:t>☐ Schule / Leistungsdruck / Prüfungen / Schulvermeidung</w:t>
      </w:r>
    </w:p>
    <w:p w14:paraId="43662A9C" w14:textId="77777777" w:rsidR="00CB4DF6" w:rsidRDefault="00000000">
      <w:r>
        <w:t>☐ Soziale Kontakte / Freundschaften / Mobbing</w:t>
      </w:r>
    </w:p>
    <w:p w14:paraId="417D7458" w14:textId="77777777" w:rsidR="00CB4DF6" w:rsidRDefault="00000000">
      <w:r>
        <w:t>☐ Selbstwert / Selbstvertrauen</w:t>
      </w:r>
    </w:p>
    <w:p w14:paraId="04E52D5D" w14:textId="77777777" w:rsidR="00CB4DF6" w:rsidRDefault="00000000">
      <w:r>
        <w:t>☐ Konzentration / Motivation / innere Unruhe</w:t>
      </w:r>
    </w:p>
    <w:p w14:paraId="6709F0A5" w14:textId="77777777" w:rsidR="00CB4DF6" w:rsidRDefault="00000000">
      <w:r>
        <w:t>☐ Körperliche oder psychosomatische Beschwerden</w:t>
      </w:r>
    </w:p>
    <w:p w14:paraId="0361DC10" w14:textId="77777777" w:rsidR="00CB4DF6" w:rsidRDefault="00000000">
      <w:r>
        <w:t>☐ Essverhalten</w:t>
      </w:r>
    </w:p>
    <w:p w14:paraId="5C43F76D" w14:textId="77777777" w:rsidR="00CB4DF6" w:rsidRDefault="00000000">
      <w:r>
        <w:t>☐ Gewohnheiten / Verhaltensmuster</w:t>
      </w:r>
    </w:p>
    <w:p w14:paraId="3677F17B" w14:textId="77777777" w:rsidR="00CB4DF6" w:rsidRDefault="00000000">
      <w:r>
        <w:t>☐ Traurigkeit / Rückzug / Stimmungsschwankungen</w:t>
      </w:r>
    </w:p>
    <w:p w14:paraId="3277D034" w14:textId="77777777" w:rsidR="00CB4DF6" w:rsidRDefault="00000000">
      <w:r>
        <w:t>☐ Sonstiges</w:t>
      </w:r>
    </w:p>
    <w:p w14:paraId="397B3089" w14:textId="77777777" w:rsidR="00CB4DF6" w:rsidRDefault="00000000">
      <w:r>
        <w:t>Bitte beschreiben Sie die wichtigsten Punkte näher:</w:t>
      </w:r>
    </w:p>
    <w:p w14:paraId="4601C2D9" w14:textId="7BBCCB0A" w:rsidR="00CB4DF6" w:rsidRDefault="00000000">
      <w:r>
        <w:t>____________________________________________________________________________________________________</w:t>
      </w:r>
      <w:r>
        <w:br/>
      </w:r>
    </w:p>
    <w:p w14:paraId="4C9CD8D2" w14:textId="77777777" w:rsidR="00CB4DF6" w:rsidRDefault="00000000">
      <w:pPr>
        <w:pStyle w:val="berschrift3"/>
      </w:pPr>
      <w:r>
        <w:t>6. Beginn und Verlauf</w:t>
      </w:r>
    </w:p>
    <w:p w14:paraId="3836CFE6" w14:textId="77777777" w:rsidR="00CB4DF6" w:rsidRDefault="00000000">
      <w:r>
        <w:t>Wann haben Sie die ersten Anzeichen bemerkt?</w:t>
      </w:r>
    </w:p>
    <w:p w14:paraId="29D27BB4" w14:textId="14C6328D" w:rsidR="00CB4DF6" w:rsidRDefault="00000000">
      <w:r>
        <w:t>____________________________________________________________________________________________________</w:t>
      </w:r>
      <w:r>
        <w:br/>
      </w:r>
    </w:p>
    <w:p w14:paraId="0AE0775E" w14:textId="77777777" w:rsidR="00CB4DF6" w:rsidRDefault="00000000">
      <w:r>
        <w:t>Gab es einen konkreten Auslöser oder ein Ereignis?</w:t>
      </w:r>
    </w:p>
    <w:p w14:paraId="605015DB" w14:textId="5F9E23B4" w:rsidR="00CB4DF6" w:rsidRDefault="00000000">
      <w:r>
        <w:t>____________________________________________________________________________________________________</w:t>
      </w:r>
      <w:r>
        <w:br/>
      </w:r>
    </w:p>
    <w:p w14:paraId="7B63620C" w14:textId="77777777" w:rsidR="00CB4DF6" w:rsidRDefault="00000000">
      <w:r>
        <w:t>Gab es Phasen, in denen es besser war? Was war zu dieser Zeit anders?</w:t>
      </w:r>
    </w:p>
    <w:p w14:paraId="2EB5715A" w14:textId="73780D2B" w:rsidR="00CB4DF6" w:rsidRDefault="00000000">
      <w:r>
        <w:t>____________________________________________________________________________________________________</w:t>
      </w:r>
      <w:r>
        <w:br/>
      </w:r>
    </w:p>
    <w:p w14:paraId="01CA6171" w14:textId="77777777" w:rsidR="00CB4DF6" w:rsidRDefault="00000000">
      <w:r>
        <w:t>Was verschlimmert die Situation nach Ihrer Beobachtung?</w:t>
      </w:r>
    </w:p>
    <w:p w14:paraId="4C08D410" w14:textId="42E8AE6B" w:rsidR="00CB4DF6" w:rsidRDefault="00000000">
      <w:r>
        <w:t>____________________________________________________________________________________________________</w:t>
      </w:r>
      <w:r>
        <w:br/>
      </w:r>
    </w:p>
    <w:p w14:paraId="09BC4382" w14:textId="77777777" w:rsidR="00CB4DF6" w:rsidRDefault="00000000">
      <w:r>
        <w:t>Was hilft Ihrem Kind bisher?</w:t>
      </w:r>
    </w:p>
    <w:p w14:paraId="1676869B" w14:textId="50CC9E9C" w:rsidR="00CB4DF6" w:rsidRDefault="00000000">
      <w:r>
        <w:t>____________________________________________________________________________________________________</w:t>
      </w:r>
    </w:p>
    <w:p w14:paraId="5C169A82" w14:textId="77777777" w:rsidR="00CB4DF6" w:rsidRDefault="00000000">
      <w:pPr>
        <w:pStyle w:val="berschrift3"/>
      </w:pPr>
      <w:r>
        <w:t>7. Gesundheitliche Angaben</w:t>
      </w:r>
    </w:p>
    <w:p w14:paraId="6A3261E3" w14:textId="77777777" w:rsidR="00CB4DF6" w:rsidRDefault="00000000">
      <w:r>
        <w:t>Bestehen aktuell körperliche Erkrankungen, Beschwerden oder Einschränkungen?</w:t>
      </w:r>
    </w:p>
    <w:p w14:paraId="29E23A8D" w14:textId="54EDA7EE" w:rsidR="00CB4DF6" w:rsidRDefault="00000000">
      <w:r>
        <w:lastRenderedPageBreak/>
        <w:t>____________________________________________________________________________________________________</w:t>
      </w:r>
      <w:r>
        <w:br/>
      </w:r>
    </w:p>
    <w:p w14:paraId="66ECFB14" w14:textId="77777777" w:rsidR="00CB4DF6" w:rsidRDefault="00000000">
      <w:r>
        <w:t>Bekannte Allergien / Unverträglichkeiten?</w:t>
      </w:r>
    </w:p>
    <w:p w14:paraId="4F4F1528" w14:textId="293F3F46" w:rsidR="001725D5" w:rsidRDefault="00000000">
      <w:r>
        <w:t>___________________________________________________________________________________________________</w:t>
      </w:r>
    </w:p>
    <w:p w14:paraId="0EB04DCB" w14:textId="77777777" w:rsidR="001725D5" w:rsidRDefault="001725D5"/>
    <w:p w14:paraId="558558AD" w14:textId="27EB733A" w:rsidR="00CB4DF6" w:rsidRDefault="00000000">
      <w:r>
        <w:t>Regelmäßige Medikamente oder andere Präparate?</w:t>
      </w:r>
    </w:p>
    <w:p w14:paraId="77A7CC3F" w14:textId="1CA5106F" w:rsidR="00CB4DF6" w:rsidRDefault="00000000">
      <w:r>
        <w:t>____________________________________________________________________________________________________</w:t>
      </w:r>
    </w:p>
    <w:p w14:paraId="7B538033" w14:textId="77777777" w:rsidR="00CB4DF6" w:rsidRDefault="00000000">
      <w:r>
        <w:t>Frühere relevante Erkrankungen, Operationen, Unfälle oder Krankenhausaufenthalte?</w:t>
      </w:r>
    </w:p>
    <w:p w14:paraId="4D6A1359" w14:textId="2C4DA7A1" w:rsidR="00CB4DF6" w:rsidRDefault="00000000">
      <w:r>
        <w:t>___________________________________________________________________________________________________</w:t>
      </w:r>
      <w:r>
        <w:br/>
      </w:r>
    </w:p>
    <w:p w14:paraId="797509AE" w14:textId="77777777" w:rsidR="00CB4DF6" w:rsidRDefault="00000000">
      <w:r>
        <w:t>Neurologische Erkrankungen, Krampfanfälle / Epilepsie oder andere neurologische Besonderheiten?</w:t>
      </w:r>
    </w:p>
    <w:p w14:paraId="1A015BF0" w14:textId="3A2485DC" w:rsidR="00CB4DF6" w:rsidRDefault="00000000">
      <w:r>
        <w:t>____________________________________________________________________________________________________</w:t>
      </w:r>
      <w:r>
        <w:br/>
      </w:r>
    </w:p>
    <w:p w14:paraId="4130C640" w14:textId="77777777" w:rsidR="00CB4DF6" w:rsidRDefault="00000000">
      <w:r>
        <w:t>Weitere gesundheitliche Informationen, die wichtig sein könnten?</w:t>
      </w:r>
    </w:p>
    <w:p w14:paraId="07326AB5" w14:textId="26300F82" w:rsidR="00CB4DF6" w:rsidRDefault="00000000">
      <w:r>
        <w:t>____________________________________________________________________________________________________</w:t>
      </w:r>
      <w:r>
        <w:br/>
      </w:r>
    </w:p>
    <w:p w14:paraId="343452FC" w14:textId="77777777" w:rsidR="00CB4DF6" w:rsidRDefault="00000000">
      <w:pPr>
        <w:pStyle w:val="berschrift3"/>
      </w:pPr>
      <w:r>
        <w:t>8. Psychische / therapeutische Vorgeschichte</w:t>
      </w:r>
    </w:p>
    <w:p w14:paraId="56604DFC" w14:textId="77777777" w:rsidR="00CB4DF6" w:rsidRDefault="00000000">
      <w:r>
        <w:t>☐ Keine frühere psychotherapeutische, psychiatrische oder psychologische Behandlung.</w:t>
      </w:r>
    </w:p>
    <w:p w14:paraId="479C9E7A" w14:textId="77777777" w:rsidR="00CB4DF6" w:rsidRDefault="00000000">
      <w:r>
        <w:t>☐ Frühere Behandlung – bitte Art, Zeitraum und Anlass angeben:</w:t>
      </w:r>
    </w:p>
    <w:p w14:paraId="5E7897AB" w14:textId="77777777" w:rsidR="00CB4DF6" w:rsidRDefault="00CB4DF6"/>
    <w:p w14:paraId="535F63CC" w14:textId="65168114" w:rsidR="00CB4DF6" w:rsidRDefault="00000000">
      <w:r>
        <w:t>____________________________________________________________________________________________________</w:t>
      </w:r>
      <w:r>
        <w:br/>
      </w:r>
    </w:p>
    <w:p w14:paraId="0D845970" w14:textId="77777777" w:rsidR="00CB4DF6" w:rsidRDefault="00000000">
      <w:r>
        <w:t>☐ Aktuell keine therapeutische / psychiatrische Begleitung.</w:t>
      </w:r>
    </w:p>
    <w:p w14:paraId="0D321C8E" w14:textId="0604EF12" w:rsidR="00CB4DF6" w:rsidRDefault="00000000">
      <w:r>
        <w:t>☐ Aktuelle Begleitung – bitte kurz erläutern:</w:t>
      </w:r>
    </w:p>
    <w:p w14:paraId="567E3898" w14:textId="2B62BD4D" w:rsidR="00CB4DF6" w:rsidRDefault="00000000">
      <w:r>
        <w:t>____________________________________________________________________________________________________</w:t>
      </w:r>
      <w:r>
        <w:br/>
      </w:r>
    </w:p>
    <w:p w14:paraId="434E0439" w14:textId="77777777" w:rsidR="00CB4DF6" w:rsidRDefault="00000000">
      <w:r>
        <w:t>Sind psychische Erkrankungen oder relevante psychische Belastungen innerhalb der Familie bekannt?</w:t>
      </w:r>
    </w:p>
    <w:p w14:paraId="2304D2DB" w14:textId="663EF597" w:rsidR="00CB4DF6" w:rsidRDefault="00000000">
      <w:r>
        <w:t>____________________________________________________________________________________________________</w:t>
      </w:r>
      <w:r>
        <w:br/>
      </w:r>
    </w:p>
    <w:p w14:paraId="2C8D12D6" w14:textId="77777777" w:rsidR="009A5ABD" w:rsidRDefault="009A5ABD"/>
    <w:p w14:paraId="0B19CE5D" w14:textId="73DE270D" w:rsidR="00CB4DF6" w:rsidRDefault="00000000">
      <w:r>
        <w:lastRenderedPageBreak/>
        <w:t xml:space="preserve">Gab es </w:t>
      </w:r>
      <w:r w:rsidR="009A5ABD">
        <w:t xml:space="preserve">in der Vergangenheit </w:t>
      </w:r>
      <w:r>
        <w:t>Selbstverletzung</w:t>
      </w:r>
      <w:r w:rsidR="009A5ABD">
        <w:t>en</w:t>
      </w:r>
      <w:r>
        <w:t>, Suizidgedanken oder Suizidversuche? Bitte auch angeben, wenn es in der Vergangenheit war.</w:t>
      </w:r>
    </w:p>
    <w:p w14:paraId="6D92DEA1" w14:textId="57151297" w:rsidR="009A5ABD" w:rsidRDefault="009A5ABD" w:rsidP="009A5ABD">
      <w:r>
        <w:t xml:space="preserve">☐ </w:t>
      </w:r>
      <w:r>
        <w:t>Nein</w:t>
      </w:r>
    </w:p>
    <w:p w14:paraId="6103E5C7" w14:textId="1CDD9FF5" w:rsidR="009A5ABD" w:rsidRDefault="009A5ABD">
      <w:r>
        <w:t xml:space="preserve">☐ </w:t>
      </w:r>
      <w:r>
        <w:t>Ja, bitte kurz erläutern:</w:t>
      </w:r>
    </w:p>
    <w:p w14:paraId="2E069FAD" w14:textId="77777777" w:rsidR="009A5ABD" w:rsidRDefault="00000000">
      <w:r>
        <w:t>____________________________________________________________________________________________________</w:t>
      </w:r>
    </w:p>
    <w:p w14:paraId="7E2E2702" w14:textId="49167922" w:rsidR="009A5ABD" w:rsidRDefault="009A5ABD" w:rsidP="009A5ABD">
      <w:r>
        <w:t>Bestehen aktuell Suizidgedanken oder Suizidabsichten?</w:t>
      </w:r>
    </w:p>
    <w:p w14:paraId="4B9B65B9" w14:textId="77777777" w:rsidR="009A5ABD" w:rsidRDefault="009A5ABD" w:rsidP="009A5ABD">
      <w:r>
        <w:t>☐ Nein</w:t>
      </w:r>
    </w:p>
    <w:p w14:paraId="239A3690" w14:textId="77777777" w:rsidR="009A5ABD" w:rsidRDefault="009A5ABD" w:rsidP="009A5ABD">
      <w:r>
        <w:t>☐ Ja, bitte kurz erläutern:</w:t>
      </w:r>
    </w:p>
    <w:p w14:paraId="780E7F1A" w14:textId="5E4AD445" w:rsidR="00CB4DF6" w:rsidRDefault="009A5ABD">
      <w:r>
        <w:t>____________________________________________________________________________________________________</w:t>
      </w:r>
      <w:r w:rsidR="00000000">
        <w:br/>
      </w:r>
    </w:p>
    <w:p w14:paraId="5F2F06EC" w14:textId="77777777" w:rsidR="00CB4DF6" w:rsidRDefault="00000000">
      <w:r>
        <w:t>Bei aktuellen Suizidgedanken, akuter Selbstgefährdung oder einer anderen akuten psychischen Krise ist eine unmittelbare medizinische bzw. psychiatrische Abklärung erforderlich.</w:t>
      </w:r>
    </w:p>
    <w:p w14:paraId="659C4B3D" w14:textId="77777777" w:rsidR="001725D5" w:rsidRDefault="001725D5">
      <w:pPr>
        <w:pStyle w:val="berschrift3"/>
      </w:pPr>
    </w:p>
    <w:p w14:paraId="2A297CF4" w14:textId="643BCFB5" w:rsidR="00CB4DF6" w:rsidRDefault="00000000">
      <w:pPr>
        <w:pStyle w:val="berschrift3"/>
      </w:pPr>
      <w:r>
        <w:t>9. Entwicklung und Lebensgeschichte</w:t>
      </w:r>
    </w:p>
    <w:p w14:paraId="14AB61BA" w14:textId="77777777" w:rsidR="00CB4DF6" w:rsidRDefault="00000000">
      <w:r>
        <w:t>Wie verlief Schwangerschaft und Geburt aus Ihrer Sicht?</w:t>
      </w:r>
    </w:p>
    <w:p w14:paraId="0DD0E22F" w14:textId="5646F57F" w:rsidR="00CB4DF6" w:rsidRDefault="00000000">
      <w:r>
        <w:t>____________________________________________________________________________________________________</w:t>
      </w:r>
      <w:r>
        <w:br/>
      </w:r>
    </w:p>
    <w:p w14:paraId="2181CEBD" w14:textId="77777777" w:rsidR="00CB4DF6" w:rsidRDefault="00000000">
      <w:r>
        <w:t>Gab es Besonderheiten in der frühkindlichen Entwicklung?</w:t>
      </w:r>
    </w:p>
    <w:p w14:paraId="0BE4DBD7" w14:textId="7B44FD7F" w:rsidR="00CB4DF6" w:rsidRDefault="00000000">
      <w:r>
        <w:t>____________________________________________________________________________________________________</w:t>
      </w:r>
      <w:r>
        <w:br/>
      </w:r>
    </w:p>
    <w:p w14:paraId="65D27CE7" w14:textId="77777777" w:rsidR="00CB4DF6" w:rsidRDefault="00000000">
      <w:r>
        <w:t>Gab es in der Kindheit größere Veränderungen oder belastende Ereignisse?</w:t>
      </w:r>
    </w:p>
    <w:p w14:paraId="570E93CA" w14:textId="20BDF4B7" w:rsidR="00CB4DF6" w:rsidRDefault="00000000">
      <w:r>
        <w:t>____________________________________________________________________________________________________</w:t>
      </w:r>
      <w:r>
        <w:br/>
      </w:r>
    </w:p>
    <w:p w14:paraId="65489F79" w14:textId="77777777" w:rsidR="00CB4DF6" w:rsidRDefault="00000000">
      <w:r>
        <w:t>Wie würden Sie die Beziehung innerhalb der Familie beschreiben?</w:t>
      </w:r>
    </w:p>
    <w:p w14:paraId="2E1ABECC" w14:textId="6B6DE243" w:rsidR="00CB4DF6" w:rsidRDefault="00000000">
      <w:r>
        <w:t>____________________________________________________________________________________________________</w:t>
      </w:r>
      <w:r>
        <w:br/>
      </w:r>
    </w:p>
    <w:p w14:paraId="531669C8" w14:textId="77777777" w:rsidR="00CB4DF6" w:rsidRDefault="00000000">
      <w:r>
        <w:t>Wie ist das Verhältnis zu Geschwistern?</w:t>
      </w:r>
    </w:p>
    <w:p w14:paraId="1DE4F70C" w14:textId="718E036C" w:rsidR="00CB4DF6" w:rsidRDefault="00000000">
      <w:r>
        <w:t>____________________________________________________________________________________________________</w:t>
      </w:r>
    </w:p>
    <w:p w14:paraId="73E65595" w14:textId="77777777" w:rsidR="00CB4DF6" w:rsidRDefault="00000000">
      <w:pPr>
        <w:pStyle w:val="berschrift3"/>
      </w:pPr>
      <w:r>
        <w:t>10. Familie und aktuelles Umfeld</w:t>
      </w:r>
    </w:p>
    <w:p w14:paraId="666E273E" w14:textId="77777777" w:rsidR="00CB4DF6" w:rsidRDefault="00000000">
      <w:r>
        <w:t>Mit wem lebt Ihr Kind aktuell zusammen?</w:t>
      </w:r>
    </w:p>
    <w:p w14:paraId="2AE467F1" w14:textId="70263367" w:rsidR="00CB4DF6" w:rsidRDefault="00000000">
      <w:r>
        <w:t>____________________________________________________________________________________________________</w:t>
      </w:r>
    </w:p>
    <w:p w14:paraId="17744A0A" w14:textId="77777777" w:rsidR="00CB4DF6" w:rsidRDefault="00000000">
      <w:r>
        <w:lastRenderedPageBreak/>
        <w:t>Wie ist die aktuelle familiäre Situation?</w:t>
      </w:r>
    </w:p>
    <w:p w14:paraId="63493207" w14:textId="79985A86" w:rsidR="00CB4DF6" w:rsidRDefault="00000000">
      <w:r>
        <w:t>____________________________________________________________________________________________________</w:t>
      </w:r>
      <w:r>
        <w:br/>
      </w:r>
    </w:p>
    <w:p w14:paraId="0A1132ED" w14:textId="77777777" w:rsidR="00CB4DF6" w:rsidRDefault="00000000">
      <w:r>
        <w:t>Gab es in letzter Zeit Veränderungen wie Trennung, Umzug, Verlust, neue Partnerschaft oder Konflikte?</w:t>
      </w:r>
    </w:p>
    <w:p w14:paraId="50DB75A7" w14:textId="79E7EA80" w:rsidR="00CB4DF6" w:rsidRDefault="00000000">
      <w:r>
        <w:t>____________________________________________________________________________________________________</w:t>
      </w:r>
      <w:r>
        <w:br/>
      </w:r>
    </w:p>
    <w:p w14:paraId="0E3D736B" w14:textId="77777777" w:rsidR="00CB4DF6" w:rsidRDefault="00000000">
      <w:r>
        <w:t>Wie ist das Verhältnis Ihres Kindes zu wichtigen Bezugspersonen?</w:t>
      </w:r>
    </w:p>
    <w:p w14:paraId="66818AFD" w14:textId="79BBCE3E" w:rsidR="00CB4DF6" w:rsidRDefault="00000000">
      <w:r>
        <w:t>____________________________________________________________________________________________________</w:t>
      </w:r>
    </w:p>
    <w:p w14:paraId="12BDF1D1" w14:textId="77777777" w:rsidR="00CB4DF6" w:rsidRDefault="00000000">
      <w:pPr>
        <w:pStyle w:val="berschrift3"/>
      </w:pPr>
      <w:r>
        <w:t>11. Schule und soziale Situation</w:t>
      </w:r>
    </w:p>
    <w:p w14:paraId="1BF2939A" w14:textId="783A9039" w:rsidR="00CB4DF6" w:rsidRDefault="00000000">
      <w:r>
        <w:t>Wie erle</w:t>
      </w:r>
      <w:r w:rsidR="001725D5">
        <w:t>b</w:t>
      </w:r>
      <w:r>
        <w:t>t Ihr Kind die Schule aktuell?</w:t>
      </w:r>
    </w:p>
    <w:p w14:paraId="44154905" w14:textId="4500D112" w:rsidR="00CB4DF6" w:rsidRDefault="00000000">
      <w:r>
        <w:t>___________________________________________________________________________________________________</w:t>
      </w:r>
      <w:r>
        <w:br/>
      </w:r>
      <w:r>
        <w:br/>
      </w:r>
    </w:p>
    <w:p w14:paraId="7F9F28FE" w14:textId="77777777" w:rsidR="00CB4DF6" w:rsidRDefault="00000000">
      <w:r>
        <w:t>Gibt es Schwierigkeiten mit Lernen, Leistungsdruck, Prüfungen oder Schulbesuch?</w:t>
      </w:r>
    </w:p>
    <w:p w14:paraId="17F492DC" w14:textId="2F524B1C" w:rsidR="00CB4DF6" w:rsidRDefault="00000000">
      <w:r>
        <w:t>____________________________________________________________________________________________________</w:t>
      </w:r>
      <w:r>
        <w:br/>
      </w:r>
    </w:p>
    <w:p w14:paraId="1CB2BBB2" w14:textId="77777777" w:rsidR="00CB4DF6" w:rsidRDefault="00000000">
      <w:r>
        <w:t>Wie ist die soziale Situation in Schule und Freundeskreis?</w:t>
      </w:r>
    </w:p>
    <w:p w14:paraId="0FD750DE" w14:textId="5616A2DB" w:rsidR="00CB4DF6" w:rsidRDefault="00000000">
      <w:r>
        <w:t>____________________________________________________________________________________________________</w:t>
      </w:r>
      <w:r>
        <w:br/>
      </w:r>
    </w:p>
    <w:p w14:paraId="524606C6" w14:textId="77777777" w:rsidR="00CB4DF6" w:rsidRDefault="00000000">
      <w:r>
        <w:t>Gibt es Hinweise auf Mobbing, Ausgrenzung oder Konflikte?</w:t>
      </w:r>
    </w:p>
    <w:p w14:paraId="637EC79F" w14:textId="3D728E77" w:rsidR="00CB4DF6" w:rsidRDefault="00000000">
      <w:r>
        <w:t>____________________________________________________________________________________________________</w:t>
      </w:r>
    </w:p>
    <w:p w14:paraId="11BD1BF8" w14:textId="77777777" w:rsidR="00CB4DF6" w:rsidRDefault="00000000">
      <w:r>
        <w:t>Welche Aktivitäten und Interessen machen Ihrem Kind Freude?</w:t>
      </w:r>
    </w:p>
    <w:p w14:paraId="1EE6C094" w14:textId="6ED05314" w:rsidR="00CB4DF6" w:rsidRDefault="00000000">
      <w:r>
        <w:t>____________________________________________________________________________________________________</w:t>
      </w:r>
      <w:r>
        <w:br/>
      </w:r>
    </w:p>
    <w:p w14:paraId="1576AC2F" w14:textId="77777777" w:rsidR="00CB4DF6" w:rsidRDefault="00000000">
      <w:pPr>
        <w:pStyle w:val="berschrift3"/>
      </w:pPr>
      <w:r>
        <w:t>12. Ressourcen und Stärken</w:t>
      </w:r>
    </w:p>
    <w:p w14:paraId="04B84651" w14:textId="77777777" w:rsidR="00CB4DF6" w:rsidRDefault="00000000">
      <w:r>
        <w:t>Was kann Ihr Kind besonders gut?</w:t>
      </w:r>
    </w:p>
    <w:p w14:paraId="2C6E5098" w14:textId="49101D07" w:rsidR="00CB4DF6" w:rsidRDefault="00000000">
      <w:r>
        <w:t>____________________________________________________________________________________________________</w:t>
      </w:r>
    </w:p>
    <w:p w14:paraId="1F168F6B" w14:textId="77777777" w:rsidR="00CB4DF6" w:rsidRDefault="00000000">
      <w:r>
        <w:t>Was gibt Ihrem Kind Sicherheit und Halt?</w:t>
      </w:r>
    </w:p>
    <w:p w14:paraId="3F88B830" w14:textId="052AAC4A" w:rsidR="00CB4DF6" w:rsidRDefault="00000000">
      <w:r>
        <w:t>____________________________________________________________________________________________________</w:t>
      </w:r>
    </w:p>
    <w:p w14:paraId="7B0EEBBD" w14:textId="77777777" w:rsidR="00CB4DF6" w:rsidRDefault="00000000">
      <w:r>
        <w:t>Wann erleben Sie Ihr Kind als besonders glücklich, frei oder bei sich?</w:t>
      </w:r>
    </w:p>
    <w:p w14:paraId="0676BDDB" w14:textId="64CC1ABD" w:rsidR="00CB4DF6" w:rsidRDefault="00000000">
      <w:r>
        <w:t>____________________________________________________________________________________________________</w:t>
      </w:r>
    </w:p>
    <w:p w14:paraId="145E2858" w14:textId="77777777" w:rsidR="00CB4DF6" w:rsidRDefault="00000000">
      <w:r>
        <w:lastRenderedPageBreak/>
        <w:t>Welche Menschen sind wichtige Ressourcen?</w:t>
      </w:r>
    </w:p>
    <w:p w14:paraId="7B3E6AC4" w14:textId="51204E60" w:rsidR="00CB4DF6" w:rsidRDefault="00000000">
      <w:r>
        <w:t>____________________________________________________________________________________________________</w:t>
      </w:r>
    </w:p>
    <w:p w14:paraId="2492E740" w14:textId="577A5891" w:rsidR="00CB4DF6" w:rsidRDefault="009A5ABD">
      <w:r>
        <w:t>Was hat Ihrem Kind bisher</w:t>
      </w:r>
      <w:r w:rsidR="00000000">
        <w:t xml:space="preserve"> geholfen?</w:t>
      </w:r>
    </w:p>
    <w:p w14:paraId="32BE5A71" w14:textId="5F6B9B41" w:rsidR="00CB4DF6" w:rsidRDefault="00000000">
      <w:r>
        <w:t>____________________________________________________________________________________________________</w:t>
      </w:r>
      <w:r>
        <w:br/>
      </w:r>
    </w:p>
    <w:p w14:paraId="4BA072DF" w14:textId="77777777" w:rsidR="00CB4DF6" w:rsidRDefault="00000000">
      <w:pPr>
        <w:pStyle w:val="berschrift3"/>
      </w:pPr>
      <w:r>
        <w:t>13. Erwartungen an die Hypnosetherapie</w:t>
      </w:r>
    </w:p>
    <w:p w14:paraId="6563BC56" w14:textId="584BF315" w:rsidR="00CB4DF6" w:rsidRDefault="009A5ABD">
      <w:r>
        <w:t>Was wünschen Sie sich konkret für Ihr Kind durch die Hypnosetherapie?</w:t>
      </w:r>
    </w:p>
    <w:p w14:paraId="3E3D1B97" w14:textId="3E2FF969" w:rsidR="00CB4DF6" w:rsidRDefault="00000000">
      <w:r>
        <w:t>____________________________________________________________________________________________________</w:t>
      </w:r>
      <w:r>
        <w:br/>
      </w:r>
    </w:p>
    <w:p w14:paraId="49583C5B" w14:textId="257736C1" w:rsidR="00CB4DF6" w:rsidRDefault="009A5ABD">
      <w:r>
        <w:t>Woran würden Sie merken, dass die Begleitung für Ihr Kind erfolgreich war?</w:t>
      </w:r>
    </w:p>
    <w:p w14:paraId="59105A5B" w14:textId="51800118" w:rsidR="00CB4DF6" w:rsidRDefault="00000000">
      <w:r>
        <w:t>____________________________________________________________________________________________________</w:t>
      </w:r>
      <w:r>
        <w:br/>
      </w:r>
      <w:r>
        <w:br/>
      </w:r>
    </w:p>
    <w:p w14:paraId="63673317" w14:textId="77777777" w:rsidR="00CB4DF6" w:rsidRDefault="00000000">
      <w:r>
        <w:t>Gibt es etwas, das in der Begleitung auf keinen Fall passieren oder angesprochen werden soll?</w:t>
      </w:r>
    </w:p>
    <w:p w14:paraId="0C186173" w14:textId="5EB83700" w:rsidR="00CB4DF6" w:rsidRDefault="00000000">
      <w:r>
        <w:t>____________________________________________________________________________________________________</w:t>
      </w:r>
      <w:r>
        <w:br/>
      </w:r>
      <w:r>
        <w:br/>
      </w:r>
    </w:p>
    <w:p w14:paraId="1E5F3F23" w14:textId="77777777" w:rsidR="00CB4DF6" w:rsidRDefault="00000000">
      <w:pPr>
        <w:pStyle w:val="berschrift3"/>
      </w:pPr>
      <w:r>
        <w:t>14. Einwilligung und Zusammenarbeit</w:t>
      </w:r>
    </w:p>
    <w:p w14:paraId="4705EAB2" w14:textId="77777777" w:rsidR="00CB4DF6" w:rsidRDefault="00000000">
      <w:r>
        <w:t>Ich / Wir bestätige(n), dass die Angaben nach bestem Wissen und Gewissen gemacht wurden.</w:t>
      </w:r>
    </w:p>
    <w:p w14:paraId="4909855B" w14:textId="77777777" w:rsidR="00CB4DF6" w:rsidRDefault="00000000">
      <w:r>
        <w:t>☐ Ich / Wir bin / sind mit der Durchführung einer hypnotischen Begleitung meines / unseres Kindes einverstanden.</w:t>
      </w:r>
    </w:p>
    <w:p w14:paraId="0D4DD3F8" w14:textId="77777777" w:rsidR="00CB4DF6" w:rsidRDefault="00000000">
      <w:r>
        <w:t>☐ Ich / Wir wurden darüber informiert, dass die Mitwirkung und Bereitschaft des Kindes bzw. Jugendlichen eine wesentliche Voraussetzung ist.</w:t>
      </w:r>
    </w:p>
    <w:p w14:paraId="7DC997BF" w14:textId="77777777" w:rsidR="00CB4DF6" w:rsidRDefault="00000000">
      <w:r>
        <w:t>☐ Ich / Wir wurden darüber informiert, dass die Begleitung keine ärztliche, psychotherapeutische oder psychiatrische Behandlung ersetzt.</w:t>
      </w:r>
    </w:p>
    <w:p w14:paraId="39CF859B" w14:textId="77777777" w:rsidR="00CB4DF6" w:rsidRDefault="00000000">
      <w:r>
        <w:t>Besondere Hinweise / Wünsche zur Zusammenarbeit:</w:t>
      </w:r>
    </w:p>
    <w:p w14:paraId="694551AA" w14:textId="7784B0A6" w:rsidR="00CB4DF6" w:rsidRDefault="00000000">
      <w:r>
        <w:t>____________________________________________________________________________________________________</w:t>
      </w:r>
      <w:r>
        <w:br/>
      </w:r>
    </w:p>
    <w:p w14:paraId="78953136" w14:textId="3C41D90C" w:rsidR="001725D5" w:rsidRDefault="001725D5" w:rsidP="001725D5">
      <w:pPr>
        <w:pStyle w:val="berschrift3"/>
      </w:pPr>
      <w:r>
        <w:t>15. Datenschutz und Vertraulichkeit</w:t>
      </w:r>
      <w:r>
        <w:br/>
      </w:r>
    </w:p>
    <w:p w14:paraId="0E8DEC04" w14:textId="77777777" w:rsidR="001725D5" w:rsidRDefault="001725D5" w:rsidP="001725D5">
      <w:r>
        <w:t>Die vorstehenden Hinweise geben einen Überblick über die Verarbeitung im Zusammenhang mit diesem Anamnesebogen. Die vollständige Datenschutzinformation von Sonja Brüning enthält ergänzend insbesondere die vollständigen Kontaktdaten der verantwortlichen Stelle, konkrete Angaben zu den Rechtsgrundlagen, Empfängern, Speicherdauern und den zuständigen Datenschutzaufsichtsbehörden.</w:t>
      </w:r>
    </w:p>
    <w:p w14:paraId="75A4119E" w14:textId="77777777" w:rsidR="001725D5" w:rsidRDefault="001725D5" w:rsidP="001725D5">
      <w:r>
        <w:rPr>
          <w:b/>
        </w:rPr>
        <w:lastRenderedPageBreak/>
        <w:t>Vollständige Datenschutzinformation</w:t>
      </w:r>
    </w:p>
    <w:p w14:paraId="3244D522" w14:textId="77777777" w:rsidR="001725D5" w:rsidRDefault="001725D5" w:rsidP="001725D5">
      <w:r>
        <w:t>Darüber hinaus besteht das Recht, sich bei einer zuständigen Datenschutzaufsichtsbehörde zu beschweren.</w:t>
      </w:r>
    </w:p>
    <w:p w14:paraId="15B14136" w14:textId="77777777" w:rsidR="001725D5" w:rsidRDefault="001725D5" w:rsidP="001725D5">
      <w:r>
        <w:t>Betroffene Personen haben nach Maßgabe der gesetzlichen Voraussetzungen insbesondere das Recht auf Auskunft über die verarbeiteten personenbezogenen Daten, Berichtigung unrichtiger Daten, Löschung, Einschränkung der Verarbeitung, Datenübertragbarkeit sowie – soweit die gesetzlichen Voraussetzungen vorliegen – Widerspruch gegen bestimmte Verarbeitungen. Eine erteilte Einwilligung kann mit Wirkung für die Zukunft widerrufen werden. Die Rechtmäßigkeit der bis zum Widerruf erfolgten Verarbeitung bleibt unberührt.</w:t>
      </w:r>
    </w:p>
    <w:p w14:paraId="4C1F6F83" w14:textId="77777777" w:rsidR="001725D5" w:rsidRDefault="001725D5" w:rsidP="001725D5">
      <w:r>
        <w:rPr>
          <w:b/>
        </w:rPr>
        <w:t>Ihre Rechte</w:t>
      </w:r>
    </w:p>
    <w:p w14:paraId="6D05C596" w14:textId="77777777" w:rsidR="001725D5" w:rsidRDefault="001725D5" w:rsidP="001725D5">
      <w:r>
        <w:t>Die Angaben im Anamnesebogen erfolgen grundsätzlich freiwillig. Für eine sachgerechte und verantwortungsvolle Begleitung können bestimmte Angaben jedoch erforderlich sein. Werden notwendige Informationen nicht bereitgestellt, kann die Durchführung der Begleitung unter Umständen nicht oder nur eingeschränkt möglich sein.</w:t>
      </w:r>
    </w:p>
    <w:p w14:paraId="1179F2E5" w14:textId="77777777" w:rsidR="001725D5" w:rsidRDefault="001725D5" w:rsidP="001725D5">
      <w:r>
        <w:rPr>
          <w:b/>
        </w:rPr>
        <w:t>Freiwilligkeit der Angaben</w:t>
      </w:r>
    </w:p>
    <w:p w14:paraId="0E680825" w14:textId="77777777" w:rsidR="001725D5" w:rsidRDefault="001725D5" w:rsidP="001725D5">
      <w:r>
        <w:t>Die Daten werden nur so lange gespeichert, wie dies für die genannten Zwecke erforderlich ist bzw. gesetzliche Aufbewahrungs- oder Dokumentationspflichten bestehen. Nach Wegfall des jeweiligen Zwecks und Ablauf gesetzlicher Aufbewahrungsfristen werden die Daten gelöscht, sofern keine andere gesetzliche Grundlage eine weitere Speicherung erfordert.</w:t>
      </w:r>
    </w:p>
    <w:p w14:paraId="480D3BD2" w14:textId="77777777" w:rsidR="001725D5" w:rsidRDefault="001725D5" w:rsidP="001725D5">
      <w:r>
        <w:rPr>
          <w:b/>
        </w:rPr>
        <w:t>Aufbewahrung und Löschung</w:t>
      </w:r>
    </w:p>
    <w:p w14:paraId="3EBCD2F6" w14:textId="77777777" w:rsidR="001725D5" w:rsidRDefault="001725D5" w:rsidP="001725D5">
      <w:r>
        <w:t>Alle im Rahmen der Begleitung erhobenen Informationen werden vertraulich behandelt. Eine Weitergabe personenbezogener Daten an Dritte erfolgt grundsätzlich nicht, es sei denn, hierfür besteht eine gesetzliche Verpflichtung, eine ausdrückliche Einwilligung oder eine andere gesetzliche Rechtsgrundlage. Dies gilt insbesondere für die Weitergabe von Gesundheitsdaten.</w:t>
      </w:r>
    </w:p>
    <w:p w14:paraId="6CF601E1" w14:textId="77777777" w:rsidR="001725D5" w:rsidRDefault="001725D5" w:rsidP="001725D5">
      <w:r>
        <w:rPr>
          <w:b/>
        </w:rPr>
        <w:t>Vertraulichkeit und Weitergabe</w:t>
      </w:r>
    </w:p>
    <w:p w14:paraId="34B2FEC3" w14:textId="77777777" w:rsidR="001725D5" w:rsidRDefault="001725D5" w:rsidP="001725D5">
      <w:r>
        <w:t>Da sich die Angaben auf einen minderjährigen Klienten beziehen und insbesondere Gesundheitsdaten betroffen sein können, werden die besonderen Schutzinteressen von Kindern und Jugendlichen berücksichtigt. Die erforderlichen Informationen und Einwilligungen werden gegenüber den Sorgeberechtigten erteilt bzw. eingeholt. Je nach Alter und Einsichtsfähigkeit des Kindes bzw. Jugendlichen wird auch dessen eigene Sichtweise und Zustimmung angemessen berücksichtigt. Die konkrete rechtliche Ausgestaltung richtet sich nach den Umständen des Einzelfalls.</w:t>
      </w:r>
    </w:p>
    <w:p w14:paraId="51E45994" w14:textId="77777777" w:rsidR="001725D5" w:rsidRDefault="001725D5" w:rsidP="001725D5">
      <w:r>
        <w:rPr>
          <w:b/>
        </w:rPr>
        <w:t>Besonderheiten bei Minderjährigen</w:t>
      </w:r>
    </w:p>
    <w:p w14:paraId="404D5B55" w14:textId="77777777" w:rsidR="001725D5" w:rsidRDefault="001725D5" w:rsidP="001725D5">
      <w:r>
        <w:t>Die Verarbeitung personenbezogener Daten erfolgt – soweit jeweils einschlägig – auf Grundlage von Art. 6 Abs. 1 lit. b DSGVO zur Durchführung der vereinbarten Leistung, Art. 6 Abs. 1 lit. c DSGVO zur Erfüllung gesetzlicher Pflichten sowie einer entsprechenden Rechtsgrundlage für die Verarbeitung besonderer Kategorien personenbezogener Daten nach Art. 9 DSGVO. Soweit eine ausdrückliche Einwilligung erforderlich ist, erfolgt die Verarbeitung auf Grundlage der Einwilligung gemäß Art. 6 Abs. 1 lit. a und Art. 9 Abs. 2 lit. a DSGVO.</w:t>
      </w:r>
    </w:p>
    <w:p w14:paraId="72B59A2D" w14:textId="77777777" w:rsidR="001725D5" w:rsidRDefault="001725D5" w:rsidP="001725D5">
      <w:r>
        <w:rPr>
          <w:b/>
        </w:rPr>
        <w:lastRenderedPageBreak/>
        <w:t>Rechtsgrundlage</w:t>
      </w:r>
    </w:p>
    <w:p w14:paraId="3BE8A96F" w14:textId="77777777" w:rsidR="001725D5" w:rsidRDefault="001725D5" w:rsidP="001725D5">
      <w:r>
        <w:t>Verarbeitet werden insbesondere Stammdaten des Kindes bzw. Jugendlichen und der Sorgeberechtigten, Kontaktdaten sowie Angaben zur persönlichen Lebenssituation, zu Beschwerden, Vorerkrankungen, Medikamenten, bisherigen Behandlungen und sonstigen für die Begleitung relevanten Umständen. Soweit solche Angaben gemacht werden, handelt es sich teilweise um Gesundheitsdaten im Sinne des Art. 9 DSGVO und damit um besonders geschützte personenbezogene Daten.</w:t>
      </w:r>
    </w:p>
    <w:p w14:paraId="67B8CF2E" w14:textId="77777777" w:rsidR="001725D5" w:rsidRDefault="001725D5" w:rsidP="001725D5">
      <w:r>
        <w:rPr>
          <w:b/>
        </w:rPr>
        <w:t>Verarbeitete Daten</w:t>
      </w:r>
    </w:p>
    <w:p w14:paraId="37F0F8F8" w14:textId="77777777" w:rsidR="001725D5" w:rsidRDefault="001725D5" w:rsidP="001725D5">
      <w:r>
        <w:t>Die im Rahmen dieses Anamnesebogens erhobenen personenbezogenen Daten werden zur Vorbereitung, Durchführung und Dokumentation der vereinbarten Hypnosetherapie bzw. hypnotischen Begleitung verarbeitet. Dazu gehören insbesondere die Erhebung der Anamnese, die Dokumentation des Verlaufs, die behandlungsbezogene Kommunikation sowie – soweit erforderlich – die Erfüllung gesetzlicher Pflichten und die Wahrung rechtlicher Ansprüche.</w:t>
      </w:r>
    </w:p>
    <w:p w14:paraId="328C1318" w14:textId="77777777" w:rsidR="001725D5" w:rsidRDefault="001725D5" w:rsidP="001725D5">
      <w:r>
        <w:rPr>
          <w:b/>
        </w:rPr>
        <w:t>Zweck der Verarbeitung</w:t>
      </w:r>
    </w:p>
    <w:p w14:paraId="42C540C2" w14:textId="77777777" w:rsidR="001725D5" w:rsidRDefault="001725D5" w:rsidP="001725D5">
      <w:r>
        <w:t>Die Kontaktdaten der verantwortlichen Stelle sind den Behandlungs- bzw. Vertragsunterlagen und der vollständigen Datenschutzinformation zu entnehmen.</w:t>
      </w:r>
    </w:p>
    <w:p w14:paraId="24521F6E" w14:textId="77777777" w:rsidR="001725D5" w:rsidRDefault="001725D5" w:rsidP="001725D5">
      <w:r>
        <w:rPr>
          <w:b/>
        </w:rPr>
        <w:t>Verantwortliche Stelle</w:t>
      </w:r>
    </w:p>
    <w:p w14:paraId="2DD1403B" w14:textId="77777777" w:rsidR="001725D5" w:rsidRPr="001725D5" w:rsidRDefault="001725D5" w:rsidP="001725D5">
      <w:pPr>
        <w:pStyle w:val="berschrift3"/>
        <w:rPr>
          <w:b w:val="0"/>
          <w:bCs w:val="0"/>
          <w:color w:val="000000" w:themeColor="text1"/>
        </w:rPr>
      </w:pPr>
      <w:r w:rsidRPr="001725D5">
        <w:rPr>
          <w:b w:val="0"/>
          <w:bCs w:val="0"/>
          <w:color w:val="000000" w:themeColor="text1"/>
        </w:rPr>
        <w:t xml:space="preserve">Sonja Brüning, Heilpraktikerin für Psychotherapie </w:t>
      </w:r>
    </w:p>
    <w:p w14:paraId="5F4B61CA" w14:textId="77777777" w:rsidR="001725D5" w:rsidRDefault="001725D5" w:rsidP="001725D5">
      <w:pPr>
        <w:pStyle w:val="berschrift3"/>
      </w:pPr>
    </w:p>
    <w:p w14:paraId="235AD61A" w14:textId="6E103AEC" w:rsidR="00CB4DF6" w:rsidRDefault="00000000" w:rsidP="001725D5">
      <w:pPr>
        <w:pStyle w:val="berschrift3"/>
      </w:pPr>
      <w:r>
        <w:t>1</w:t>
      </w:r>
      <w:r w:rsidR="001725D5">
        <w:t>6</w:t>
      </w:r>
      <w:r>
        <w:t>. Einwilligung der Sorgeberechtigten</w:t>
      </w:r>
    </w:p>
    <w:p w14:paraId="6ED47A23" w14:textId="77777777" w:rsidR="00CB4DF6" w:rsidRDefault="00000000">
      <w:r>
        <w:t>Hiermit bestätige(n) ich / wir als Sorgeberechtigte(r), dass die vorstehenden Angaben nach bestem Wissen und Gewissen gemacht wurden und ich / wir mit der Verarbeitung der für die Begleitung erforderlichen Angaben im beschriebenen Rahmen einverstanden bin / sind.</w:t>
      </w:r>
    </w:p>
    <w:p w14:paraId="5553D99B" w14:textId="77777777" w:rsidR="001725D5" w:rsidRDefault="001725D5"/>
    <w:tbl>
      <w:tblPr>
        <w:tblW w:w="0" w:type="auto"/>
        <w:jc w:val="center"/>
        <w:tblLook w:val="04A0" w:firstRow="1" w:lastRow="0" w:firstColumn="1" w:lastColumn="0" w:noHBand="0" w:noVBand="1"/>
      </w:tblPr>
      <w:tblGrid>
        <w:gridCol w:w="4873"/>
        <w:gridCol w:w="4873"/>
      </w:tblGrid>
      <w:tr w:rsidR="00CB4DF6" w14:paraId="26DA8D83" w14:textId="77777777">
        <w:trPr>
          <w:jc w:val="center"/>
        </w:trPr>
        <w:tc>
          <w:tcPr>
            <w:tcW w:w="4873" w:type="dxa"/>
          </w:tcPr>
          <w:p w14:paraId="685E709F" w14:textId="77777777" w:rsidR="00CB4DF6" w:rsidRDefault="00000000">
            <w:r>
              <w:rPr>
                <w:b/>
              </w:rPr>
              <w:t>Ort, Datum:</w:t>
            </w:r>
          </w:p>
        </w:tc>
        <w:tc>
          <w:tcPr>
            <w:tcW w:w="4873" w:type="dxa"/>
          </w:tcPr>
          <w:p w14:paraId="0A1370C9" w14:textId="77777777" w:rsidR="00CB4DF6" w:rsidRDefault="00000000">
            <w:r>
              <w:t>________________________________________</w:t>
            </w:r>
          </w:p>
        </w:tc>
      </w:tr>
      <w:tr w:rsidR="00CB4DF6" w14:paraId="35E40DE3" w14:textId="77777777">
        <w:trPr>
          <w:jc w:val="center"/>
        </w:trPr>
        <w:tc>
          <w:tcPr>
            <w:tcW w:w="4873" w:type="dxa"/>
          </w:tcPr>
          <w:p w14:paraId="2973A0CD" w14:textId="77777777" w:rsidR="00CB4DF6" w:rsidRDefault="00000000">
            <w:r>
              <w:rPr>
                <w:b/>
              </w:rPr>
              <w:t>Name Sorgeberechtigte(r) 1:</w:t>
            </w:r>
          </w:p>
        </w:tc>
        <w:tc>
          <w:tcPr>
            <w:tcW w:w="4873" w:type="dxa"/>
          </w:tcPr>
          <w:p w14:paraId="53EC9384" w14:textId="77777777" w:rsidR="00CB4DF6" w:rsidRDefault="00000000">
            <w:r>
              <w:t>________________________________________</w:t>
            </w:r>
          </w:p>
        </w:tc>
      </w:tr>
      <w:tr w:rsidR="00CB4DF6" w14:paraId="2E164D5B" w14:textId="77777777">
        <w:trPr>
          <w:jc w:val="center"/>
        </w:trPr>
        <w:tc>
          <w:tcPr>
            <w:tcW w:w="4873" w:type="dxa"/>
          </w:tcPr>
          <w:p w14:paraId="08F59CA1" w14:textId="77777777" w:rsidR="00CB4DF6" w:rsidRDefault="00000000">
            <w:r>
              <w:rPr>
                <w:b/>
              </w:rPr>
              <w:t>Unterschrift:</w:t>
            </w:r>
          </w:p>
        </w:tc>
        <w:tc>
          <w:tcPr>
            <w:tcW w:w="4873" w:type="dxa"/>
          </w:tcPr>
          <w:p w14:paraId="518673D3" w14:textId="77777777" w:rsidR="00CB4DF6" w:rsidRDefault="00000000">
            <w:r>
              <w:t>________________________________________</w:t>
            </w:r>
          </w:p>
        </w:tc>
      </w:tr>
      <w:tr w:rsidR="00CB4DF6" w14:paraId="3D36DE93" w14:textId="77777777">
        <w:trPr>
          <w:jc w:val="center"/>
        </w:trPr>
        <w:tc>
          <w:tcPr>
            <w:tcW w:w="4873" w:type="dxa"/>
          </w:tcPr>
          <w:p w14:paraId="28A25E86" w14:textId="77777777" w:rsidR="00CB4DF6" w:rsidRDefault="00000000">
            <w:r>
              <w:rPr>
                <w:b/>
              </w:rPr>
              <w:t>Name Sorgeberechtigte(r) 2:</w:t>
            </w:r>
          </w:p>
        </w:tc>
        <w:tc>
          <w:tcPr>
            <w:tcW w:w="4873" w:type="dxa"/>
          </w:tcPr>
          <w:p w14:paraId="7810F293" w14:textId="77777777" w:rsidR="00CB4DF6" w:rsidRDefault="00000000">
            <w:r>
              <w:t>________________________________________</w:t>
            </w:r>
          </w:p>
        </w:tc>
      </w:tr>
      <w:tr w:rsidR="00CB4DF6" w14:paraId="0450E205" w14:textId="77777777">
        <w:trPr>
          <w:jc w:val="center"/>
        </w:trPr>
        <w:tc>
          <w:tcPr>
            <w:tcW w:w="4873" w:type="dxa"/>
          </w:tcPr>
          <w:p w14:paraId="7D0579E7" w14:textId="77777777" w:rsidR="00CB4DF6" w:rsidRDefault="00000000">
            <w:r>
              <w:rPr>
                <w:b/>
              </w:rPr>
              <w:t>Unterschrift:</w:t>
            </w:r>
          </w:p>
        </w:tc>
        <w:tc>
          <w:tcPr>
            <w:tcW w:w="4873" w:type="dxa"/>
          </w:tcPr>
          <w:p w14:paraId="56227E37" w14:textId="77777777" w:rsidR="00CB4DF6" w:rsidRDefault="00000000">
            <w:r>
              <w:t>________________________________________</w:t>
            </w:r>
          </w:p>
        </w:tc>
      </w:tr>
    </w:tbl>
    <w:p w14:paraId="09DB0C5C" w14:textId="77777777" w:rsidR="001725D5" w:rsidRDefault="001725D5" w:rsidP="001725D5">
      <w:pPr>
        <w:pStyle w:val="berschrift3"/>
      </w:pPr>
    </w:p>
    <w:p w14:paraId="7A2FA5CF" w14:textId="2120FEC8" w:rsidR="001725D5" w:rsidRDefault="00000000" w:rsidP="001725D5">
      <w:pPr>
        <w:pStyle w:val="berschrift3"/>
      </w:pPr>
      <w:r>
        <w:t>1</w:t>
      </w:r>
      <w:r w:rsidR="001725D5">
        <w:t>6</w:t>
      </w:r>
      <w:r>
        <w:t>. Angaben des Jugendlichen (optional)</w:t>
      </w:r>
    </w:p>
    <w:p w14:paraId="03A01DAC" w14:textId="58A61D9A" w:rsidR="001725D5" w:rsidRPr="001725D5" w:rsidRDefault="001725D5" w:rsidP="001725D5">
      <w:r>
        <w:t xml:space="preserve">Dieser Abschnitt kann vom Jugendlichen selbst ausgefüllt werden, sofern dies alters- und </w:t>
      </w:r>
      <w:r>
        <w:br/>
        <w:t>situationsgerecht ist.</w:t>
      </w:r>
    </w:p>
    <w:p w14:paraId="74D2B2D3" w14:textId="77777777" w:rsidR="001725D5" w:rsidRDefault="001725D5" w:rsidP="001725D5">
      <w:r>
        <w:lastRenderedPageBreak/>
        <w:t>Was beschäftigt dich im Moment am meisten?</w:t>
      </w:r>
    </w:p>
    <w:p w14:paraId="3AAAC9BB" w14:textId="77CA8FBB" w:rsidR="001725D5" w:rsidRDefault="001725D5" w:rsidP="001725D5">
      <w:r>
        <w:t>___________________________________________________________________________________________________</w:t>
      </w:r>
      <w:r>
        <w:br/>
      </w:r>
    </w:p>
    <w:p w14:paraId="4509D929" w14:textId="5D1D2807" w:rsidR="001725D5" w:rsidRDefault="001725D5" w:rsidP="001725D5">
      <w:r>
        <w:t xml:space="preserve">Was </w:t>
      </w:r>
      <w:r w:rsidR="00DC2FB8">
        <w:t xml:space="preserve">möchtest </w:t>
      </w:r>
      <w:r>
        <w:t>du gerne verändern?</w:t>
      </w:r>
    </w:p>
    <w:p w14:paraId="25DCC5A6" w14:textId="2C02AA16" w:rsidR="001725D5" w:rsidRDefault="001725D5" w:rsidP="001725D5">
      <w:r>
        <w:t>____________________________________________________________________________________________________</w:t>
      </w:r>
      <w:r>
        <w:br/>
      </w:r>
    </w:p>
    <w:p w14:paraId="21973D49" w14:textId="270C12FA" w:rsidR="001725D5" w:rsidRDefault="00DC2FB8" w:rsidP="001725D5">
      <w:r>
        <w:t>Woran würdest du nach der Behandlung merken, dass sich etwas verändert hat</w:t>
      </w:r>
      <w:r w:rsidR="001725D5">
        <w:t>?</w:t>
      </w:r>
    </w:p>
    <w:p w14:paraId="149AA784" w14:textId="7D43DDB6" w:rsidR="001725D5" w:rsidRDefault="001725D5" w:rsidP="001725D5">
      <w:r>
        <w:t>____________________________________________________________________________________________________</w:t>
      </w:r>
    </w:p>
    <w:p w14:paraId="68C04A68" w14:textId="77777777" w:rsidR="001725D5" w:rsidRPr="001725D5" w:rsidRDefault="001725D5" w:rsidP="001725D5"/>
    <w:p w14:paraId="5C0CF35B" w14:textId="77777777" w:rsidR="001725D5" w:rsidRDefault="001725D5"/>
    <w:p w14:paraId="6B8F14A3" w14:textId="208ED8B3" w:rsidR="00CB4DF6" w:rsidRDefault="00CB4DF6"/>
    <w:tbl>
      <w:tblPr>
        <w:tblW w:w="0" w:type="auto"/>
        <w:jc w:val="center"/>
        <w:tblLook w:val="04A0" w:firstRow="1" w:lastRow="0" w:firstColumn="1" w:lastColumn="0" w:noHBand="0" w:noVBand="1"/>
      </w:tblPr>
      <w:tblGrid>
        <w:gridCol w:w="4873"/>
        <w:gridCol w:w="4873"/>
      </w:tblGrid>
      <w:tr w:rsidR="00CB4DF6" w14:paraId="5FAF3283" w14:textId="77777777">
        <w:trPr>
          <w:jc w:val="center"/>
        </w:trPr>
        <w:tc>
          <w:tcPr>
            <w:tcW w:w="4873" w:type="dxa"/>
          </w:tcPr>
          <w:p w14:paraId="6B17965E" w14:textId="77777777" w:rsidR="00CB4DF6" w:rsidRDefault="00000000">
            <w:r>
              <w:rPr>
                <w:b/>
              </w:rPr>
              <w:t>Ort, Datum:</w:t>
            </w:r>
          </w:p>
        </w:tc>
        <w:tc>
          <w:tcPr>
            <w:tcW w:w="4873" w:type="dxa"/>
          </w:tcPr>
          <w:p w14:paraId="02F081C6" w14:textId="77777777" w:rsidR="00CB4DF6" w:rsidRDefault="00000000">
            <w:r>
              <w:t>________________________________________</w:t>
            </w:r>
          </w:p>
        </w:tc>
      </w:tr>
      <w:tr w:rsidR="00CB4DF6" w14:paraId="159BC72B" w14:textId="77777777">
        <w:trPr>
          <w:jc w:val="center"/>
        </w:trPr>
        <w:tc>
          <w:tcPr>
            <w:tcW w:w="4873" w:type="dxa"/>
          </w:tcPr>
          <w:p w14:paraId="5F31C486" w14:textId="77777777" w:rsidR="00CB4DF6" w:rsidRDefault="00000000">
            <w:r>
              <w:rPr>
                <w:b/>
              </w:rPr>
              <w:t>Name Jugendliche(r):</w:t>
            </w:r>
          </w:p>
        </w:tc>
        <w:tc>
          <w:tcPr>
            <w:tcW w:w="4873" w:type="dxa"/>
          </w:tcPr>
          <w:p w14:paraId="134D3FF8" w14:textId="77777777" w:rsidR="00CB4DF6" w:rsidRDefault="00000000">
            <w:r>
              <w:t>________________________________________</w:t>
            </w:r>
          </w:p>
        </w:tc>
      </w:tr>
      <w:tr w:rsidR="00CB4DF6" w14:paraId="233BA04C" w14:textId="77777777">
        <w:trPr>
          <w:jc w:val="center"/>
        </w:trPr>
        <w:tc>
          <w:tcPr>
            <w:tcW w:w="4873" w:type="dxa"/>
          </w:tcPr>
          <w:p w14:paraId="14346755" w14:textId="77777777" w:rsidR="00CB4DF6" w:rsidRDefault="00000000">
            <w:r>
              <w:rPr>
                <w:b/>
              </w:rPr>
              <w:t>Unterschrift (optional):</w:t>
            </w:r>
          </w:p>
        </w:tc>
        <w:tc>
          <w:tcPr>
            <w:tcW w:w="4873" w:type="dxa"/>
          </w:tcPr>
          <w:p w14:paraId="396CEFE3" w14:textId="77777777" w:rsidR="00CB4DF6" w:rsidRDefault="00000000">
            <w:r>
              <w:t>________________________________________</w:t>
            </w:r>
          </w:p>
        </w:tc>
      </w:tr>
    </w:tbl>
    <w:p w14:paraId="41814C5D" w14:textId="77777777" w:rsidR="00CB4DF6" w:rsidRDefault="00CB4DF6"/>
    <w:sectPr w:rsidR="00CB4DF6"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05F0" w14:textId="77777777" w:rsidR="00E30DBF" w:rsidRDefault="00E30DBF">
      <w:pPr>
        <w:spacing w:after="0" w:line="240" w:lineRule="auto"/>
      </w:pPr>
      <w:r>
        <w:separator/>
      </w:r>
    </w:p>
  </w:endnote>
  <w:endnote w:type="continuationSeparator" w:id="0">
    <w:p w14:paraId="64978AB1" w14:textId="77777777" w:rsidR="00E30DBF" w:rsidRDefault="00E30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9F96" w14:textId="77777777" w:rsidR="00CB4DF6" w:rsidRDefault="00000000">
    <w:pPr>
      <w:pStyle w:val="Fuzeile"/>
      <w:jc w:val="center"/>
    </w:pPr>
    <w:r>
      <w:rPr>
        <w:sz w:val="16"/>
      </w:rPr>
      <w:t>Anamnesebogen Kinder &amp; Jugendliche (6–18 Jahre) | Sonja Brüning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5A55" w14:textId="77777777" w:rsidR="00E30DBF" w:rsidRDefault="00E30DBF">
      <w:pPr>
        <w:spacing w:after="0" w:line="240" w:lineRule="auto"/>
      </w:pPr>
      <w:r>
        <w:separator/>
      </w:r>
    </w:p>
  </w:footnote>
  <w:footnote w:type="continuationSeparator" w:id="0">
    <w:p w14:paraId="16DF21BA" w14:textId="77777777" w:rsidR="00E30DBF" w:rsidRDefault="00E30D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37913471">
    <w:abstractNumId w:val="8"/>
  </w:num>
  <w:num w:numId="2" w16cid:durableId="1450272810">
    <w:abstractNumId w:val="6"/>
  </w:num>
  <w:num w:numId="3" w16cid:durableId="1232472369">
    <w:abstractNumId w:val="5"/>
  </w:num>
  <w:num w:numId="4" w16cid:durableId="522208997">
    <w:abstractNumId w:val="4"/>
  </w:num>
  <w:num w:numId="5" w16cid:durableId="1160731052">
    <w:abstractNumId w:val="7"/>
  </w:num>
  <w:num w:numId="6" w16cid:durableId="2096198800">
    <w:abstractNumId w:val="3"/>
  </w:num>
  <w:num w:numId="7" w16cid:durableId="1421676534">
    <w:abstractNumId w:val="2"/>
  </w:num>
  <w:num w:numId="8" w16cid:durableId="2140687797">
    <w:abstractNumId w:val="1"/>
  </w:num>
  <w:num w:numId="9" w16cid:durableId="206039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25D5"/>
    <w:rsid w:val="0029639D"/>
    <w:rsid w:val="00326F90"/>
    <w:rsid w:val="005417A9"/>
    <w:rsid w:val="005A3CB5"/>
    <w:rsid w:val="006A5C3A"/>
    <w:rsid w:val="009A5ABD"/>
    <w:rsid w:val="00AA1D8D"/>
    <w:rsid w:val="00B47730"/>
    <w:rsid w:val="00CB0664"/>
    <w:rsid w:val="00CB4DF6"/>
    <w:rsid w:val="00DC2FB8"/>
    <w:rsid w:val="00E30D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B4009F"/>
  <w14:defaultImageDpi w14:val="300"/>
  <w15:docId w15:val="{64BC3C93-6043-4924-84FE-18C6A1D3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vanish/>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vanish/>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2328</Words>
  <Characters>14670</Characters>
  <Application>Microsoft Office Word</Application>
  <DocSecurity>0</DocSecurity>
  <Lines>122</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Sandra Wessing</cp:lastModifiedBy>
  <cp:revision>3</cp:revision>
  <dcterms:created xsi:type="dcterms:W3CDTF">2026-08-15T20:24:00Z</dcterms:created>
  <dcterms:modified xsi:type="dcterms:W3CDTF">2026-09-21T13:45:00Z</dcterms:modified>
  <cp:category/>
</cp:coreProperties>
</file>